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12" w:type="dxa"/>
        <w:tblInd w:w="-4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850"/>
        <w:gridCol w:w="5562"/>
      </w:tblGrid>
      <w:tr w:rsidR="004A1DF7" w14:paraId="77EAD4CD" w14:textId="77777777" w:rsidTr="00151C70">
        <w:tc>
          <w:tcPr>
            <w:tcW w:w="5850" w:type="dxa"/>
          </w:tcPr>
          <w:p w14:paraId="2D8389B6" w14:textId="77777777" w:rsidR="004A1DF7" w:rsidRPr="00453BCE" w:rsidRDefault="00B9614E" w:rsidP="007038DC">
            <w:pPr>
              <w:jc w:val="center"/>
              <w:rPr>
                <w:b/>
              </w:rPr>
            </w:pPr>
            <w:r w:rsidRPr="00453BCE">
              <w:rPr>
                <w:rFonts w:ascii="Times New Roman" w:eastAsia="Times New Roman" w:hAnsi="Times New Roman"/>
                <w:b/>
                <w:sz w:val="24"/>
              </w:rPr>
              <w:t>Պ Ա Յ Մ Ա Ն Ա Գ Ի Ր _______</w:t>
            </w:r>
          </w:p>
        </w:tc>
        <w:tc>
          <w:tcPr>
            <w:tcW w:w="5562" w:type="dxa"/>
          </w:tcPr>
          <w:p w14:paraId="2A46C470" w14:textId="77777777" w:rsidR="004A1DF7" w:rsidRPr="00453BCE" w:rsidRDefault="00B9614E" w:rsidP="007038DC">
            <w:pPr>
              <w:jc w:val="center"/>
              <w:rPr>
                <w:b/>
              </w:rPr>
            </w:pPr>
            <w:r w:rsidRPr="00453BCE">
              <w:rPr>
                <w:rFonts w:ascii="Times New Roman" w:eastAsia="Times New Roman" w:hAnsi="Times New Roman"/>
                <w:b/>
                <w:sz w:val="24"/>
              </w:rPr>
              <w:t>Д О Г О В О Р _______</w:t>
            </w:r>
          </w:p>
        </w:tc>
      </w:tr>
      <w:tr w:rsidR="004A1DF7" w:rsidRPr="007038DC" w14:paraId="7EC98F71" w14:textId="77777777" w:rsidTr="00151C70">
        <w:tc>
          <w:tcPr>
            <w:tcW w:w="5850" w:type="dxa"/>
          </w:tcPr>
          <w:p w14:paraId="06F2ADB1" w14:textId="77777777" w:rsidR="004A1DF7" w:rsidRPr="00A944A2" w:rsidRDefault="00B9614E" w:rsidP="007038DC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A944A2">
              <w:rPr>
                <w:rFonts w:ascii="Times New Roman" w:eastAsia="Times New Roman" w:hAnsi="Times New Roman"/>
                <w:b/>
                <w:sz w:val="24"/>
              </w:rPr>
              <w:t>լրացուցիչ</w:t>
            </w:r>
            <w:proofErr w:type="spellEnd"/>
            <w:r w:rsidRPr="00A944A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A944A2">
              <w:rPr>
                <w:rFonts w:ascii="Times New Roman" w:eastAsia="Times New Roman" w:hAnsi="Times New Roman"/>
                <w:b/>
                <w:sz w:val="24"/>
              </w:rPr>
              <w:t>վճարովի</w:t>
            </w:r>
            <w:proofErr w:type="spellEnd"/>
            <w:r w:rsidRPr="00A944A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A944A2">
              <w:rPr>
                <w:rFonts w:ascii="Times New Roman" w:eastAsia="Times New Roman" w:hAnsi="Times New Roman"/>
                <w:b/>
                <w:sz w:val="24"/>
              </w:rPr>
              <w:t>կրթական</w:t>
            </w:r>
            <w:proofErr w:type="spellEnd"/>
            <w:r w:rsidRPr="00A944A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A944A2">
              <w:rPr>
                <w:rFonts w:ascii="Times New Roman" w:eastAsia="Times New Roman" w:hAnsi="Times New Roman"/>
                <w:b/>
                <w:sz w:val="24"/>
              </w:rPr>
              <w:t>ծառայությունների</w:t>
            </w:r>
            <w:proofErr w:type="spellEnd"/>
            <w:r w:rsidRPr="00A944A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A944A2">
              <w:rPr>
                <w:rFonts w:ascii="Times New Roman" w:eastAsia="Times New Roman" w:hAnsi="Times New Roman"/>
                <w:b/>
                <w:sz w:val="24"/>
              </w:rPr>
              <w:t>մատուցման</w:t>
            </w:r>
            <w:proofErr w:type="spellEnd"/>
            <w:r w:rsidRPr="00A944A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A944A2">
              <w:rPr>
                <w:rFonts w:ascii="Times New Roman" w:eastAsia="Times New Roman" w:hAnsi="Times New Roman"/>
                <w:b/>
                <w:sz w:val="24"/>
              </w:rPr>
              <w:t>մասին</w:t>
            </w:r>
            <w:proofErr w:type="spellEnd"/>
          </w:p>
        </w:tc>
        <w:tc>
          <w:tcPr>
            <w:tcW w:w="5562" w:type="dxa"/>
          </w:tcPr>
          <w:p w14:paraId="26FE2476" w14:textId="77777777" w:rsidR="004A1DF7" w:rsidRPr="007038DC" w:rsidRDefault="00B9614E" w:rsidP="007038DC">
            <w:pPr>
              <w:spacing w:line="240" w:lineRule="auto"/>
              <w:jc w:val="center"/>
              <w:rPr>
                <w:b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о предоставлении дополнительных платных образовательных услуг</w:t>
            </w:r>
          </w:p>
        </w:tc>
      </w:tr>
      <w:tr w:rsidR="004A1DF7" w14:paraId="2FF91F1E" w14:textId="77777777" w:rsidTr="00151C70">
        <w:trPr>
          <w:trHeight w:val="270"/>
        </w:trPr>
        <w:tc>
          <w:tcPr>
            <w:tcW w:w="5850" w:type="dxa"/>
          </w:tcPr>
          <w:p w14:paraId="1590D452" w14:textId="4EDB6721" w:rsidR="004A1DF7" w:rsidRPr="00453BCE" w:rsidRDefault="00B9614E" w:rsidP="00992D4E">
            <w:pPr>
              <w:spacing w:line="240" w:lineRule="auto"/>
              <w:rPr>
                <w:b/>
              </w:rPr>
            </w:pPr>
            <w:r w:rsidRPr="00453BCE">
              <w:rPr>
                <w:rFonts w:ascii="Times New Roman" w:eastAsia="Times New Roman" w:hAnsi="Times New Roman"/>
                <w:b/>
                <w:sz w:val="24"/>
              </w:rPr>
              <w:t xml:space="preserve">ք. </w:t>
            </w:r>
            <w:proofErr w:type="spellStart"/>
            <w:r w:rsidRPr="00453BCE">
              <w:rPr>
                <w:rFonts w:ascii="Times New Roman" w:eastAsia="Times New Roman" w:hAnsi="Times New Roman"/>
                <w:b/>
                <w:sz w:val="24"/>
              </w:rPr>
              <w:t>Երևան</w:t>
            </w:r>
            <w:proofErr w:type="spellEnd"/>
            <w:r w:rsidRPr="00453BCE">
              <w:rPr>
                <w:rFonts w:ascii="Times New Roman" w:eastAsia="Times New Roman" w:hAnsi="Times New Roman"/>
                <w:b/>
                <w:sz w:val="24"/>
              </w:rPr>
              <w:t xml:space="preserve">         </w:t>
            </w:r>
            <w:r w:rsidR="003F1EDC" w:rsidRPr="00453BCE">
              <w:rPr>
                <w:rFonts w:ascii="Times New Roman" w:eastAsia="Times New Roman" w:hAnsi="Times New Roman"/>
                <w:b/>
                <w:sz w:val="24"/>
              </w:rPr>
              <w:t xml:space="preserve">   «___» __________ 202</w:t>
            </w:r>
            <w:r w:rsidR="007038DC">
              <w:rPr>
                <w:rFonts w:ascii="Times New Roman" w:eastAsia="Times New Roman" w:hAnsi="Times New Roman"/>
                <w:b/>
                <w:sz w:val="24"/>
                <w:lang w:val="hy-AM"/>
              </w:rPr>
              <w:t>6</w:t>
            </w:r>
            <w:r w:rsidR="003F1EDC" w:rsidRPr="00453BCE">
              <w:rPr>
                <w:rFonts w:ascii="Times New Roman" w:eastAsia="Times New Roman" w:hAnsi="Times New Roman"/>
                <w:b/>
                <w:sz w:val="24"/>
              </w:rPr>
              <w:t xml:space="preserve"> թ.</w:t>
            </w:r>
            <w:r w:rsidRPr="00453BCE">
              <w:rPr>
                <w:rFonts w:ascii="Times New Roman" w:eastAsia="Times New Roman" w:hAnsi="Times New Roman"/>
                <w:b/>
                <w:sz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5562" w:type="dxa"/>
          </w:tcPr>
          <w:p w14:paraId="702E0169" w14:textId="0880E583" w:rsidR="004A1DF7" w:rsidRPr="00453BCE" w:rsidRDefault="00B9614E" w:rsidP="00992D4E">
            <w:pPr>
              <w:spacing w:line="240" w:lineRule="auto"/>
              <w:rPr>
                <w:b/>
              </w:rPr>
            </w:pPr>
            <w:r w:rsidRPr="00453BCE">
              <w:rPr>
                <w:rFonts w:ascii="Times New Roman" w:eastAsia="Times New Roman" w:hAnsi="Times New Roman"/>
                <w:b/>
                <w:sz w:val="24"/>
              </w:rPr>
              <w:t xml:space="preserve">г. </w:t>
            </w:r>
            <w:proofErr w:type="spellStart"/>
            <w:r w:rsidRPr="00453BCE">
              <w:rPr>
                <w:rFonts w:ascii="Times New Roman" w:eastAsia="Times New Roman" w:hAnsi="Times New Roman"/>
                <w:b/>
                <w:sz w:val="24"/>
              </w:rPr>
              <w:t>Ереван</w:t>
            </w:r>
            <w:proofErr w:type="spellEnd"/>
            <w:r w:rsidRPr="00453BCE">
              <w:rPr>
                <w:rFonts w:ascii="Times New Roman" w:eastAsia="Times New Roman" w:hAnsi="Times New Roman"/>
                <w:b/>
                <w:sz w:val="24"/>
              </w:rPr>
              <w:t xml:space="preserve">       </w:t>
            </w:r>
            <w:r w:rsidR="003F1EDC" w:rsidRPr="00453BCE">
              <w:rPr>
                <w:rFonts w:ascii="Times New Roman" w:eastAsia="Times New Roman" w:hAnsi="Times New Roman"/>
                <w:b/>
                <w:sz w:val="24"/>
              </w:rPr>
              <w:t xml:space="preserve">       «___» __________ 202</w:t>
            </w:r>
            <w:r w:rsidR="007038DC">
              <w:rPr>
                <w:rFonts w:ascii="Times New Roman" w:eastAsia="Times New Roman" w:hAnsi="Times New Roman"/>
                <w:b/>
                <w:sz w:val="24"/>
                <w:lang w:val="hy-AM"/>
              </w:rPr>
              <w:t>6</w:t>
            </w:r>
            <w:r w:rsidR="003F1EDC" w:rsidRPr="00453BCE">
              <w:rPr>
                <w:rFonts w:ascii="Times New Roman" w:eastAsia="Times New Roman" w:hAnsi="Times New Roman"/>
                <w:b/>
                <w:sz w:val="24"/>
              </w:rPr>
              <w:t xml:space="preserve"> г.</w:t>
            </w:r>
            <w:r w:rsidRPr="00453BCE">
              <w:rPr>
                <w:rFonts w:ascii="Times New Roman" w:eastAsia="Times New Roman" w:hAnsi="Times New Roman"/>
                <w:b/>
                <w:sz w:val="24"/>
              </w:rPr>
              <w:t xml:space="preserve">                                                                                          </w:t>
            </w:r>
          </w:p>
        </w:tc>
      </w:tr>
      <w:tr w:rsidR="004A1DF7" w14:paraId="0C3353EE" w14:textId="77777777" w:rsidTr="00151C70">
        <w:tc>
          <w:tcPr>
            <w:tcW w:w="5850" w:type="dxa"/>
          </w:tcPr>
          <w:p w14:paraId="032B930D" w14:textId="20215E9B" w:rsidR="004A1DF7" w:rsidRDefault="00B9614E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Ռուս-Հայկական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բարձրագույն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միջպետական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կազմակերպություն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այսուհետ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՝ «ՀԱՄԱԼՍԱՐԱՆ»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«ՌՀՀ», ի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դեմս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ռեկտոր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Է. Մ. 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Սանդոյանի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գործում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է </w:t>
            </w:r>
            <w:r w:rsidR="007038DC">
              <w:rPr>
                <w:rFonts w:ascii="Times New Roman" w:eastAsia="Times New Roman" w:hAnsi="Times New Roman"/>
                <w:sz w:val="24"/>
                <w:lang w:val="hy-AM"/>
              </w:rPr>
              <w:t>Կ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անոնադրության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հիման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վրա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և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քաղաքացի</w:t>
            </w:r>
            <w:proofErr w:type="spellEnd"/>
          </w:p>
          <w:p w14:paraId="39B50256" w14:textId="77777777" w:rsidR="00C3488B" w:rsidRPr="00992D4E" w:rsidRDefault="00C3488B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___________________</w:t>
            </w:r>
            <w:r w:rsidRPr="00992D4E">
              <w:rPr>
                <w:rFonts w:ascii="Times New Roman" w:eastAsia="Times New Roman" w:hAnsi="Times New Roman"/>
                <w:i/>
                <w:sz w:val="24"/>
              </w:rPr>
              <w:t>_____________________</w:t>
            </w:r>
          </w:p>
          <w:p w14:paraId="702761F3" w14:textId="77777777" w:rsidR="00C3488B" w:rsidRDefault="00C3488B" w:rsidP="007038DC">
            <w:pPr>
              <w:spacing w:line="240" w:lineRule="auto"/>
              <w:jc w:val="both"/>
            </w:pPr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                                     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Երկիր</w:t>
            </w:r>
            <w:proofErr w:type="spellEnd"/>
          </w:p>
        </w:tc>
        <w:tc>
          <w:tcPr>
            <w:tcW w:w="5562" w:type="dxa"/>
          </w:tcPr>
          <w:p w14:paraId="31E5ADC6" w14:textId="4FFE6F28" w:rsidR="004A1DF7" w:rsidRPr="007038DC" w:rsidRDefault="00B9614E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Межгосударственная образовательная организация высшего образования «Российско-Армянский университет, в дальнейшем – «УНИВЕРСИТЕТ» или «РАУ», в лице ректора </w:t>
            </w:r>
            <w:proofErr w:type="spellStart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Сандояна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Э.М., действующего на основании Устава, с одной стороны, и гражданин(ка)</w:t>
            </w:r>
          </w:p>
          <w:p w14:paraId="53486091" w14:textId="77777777" w:rsidR="00C3488B" w:rsidRDefault="00C3488B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________________________________________</w:t>
            </w:r>
          </w:p>
          <w:p w14:paraId="1AAD7A23" w14:textId="77777777" w:rsidR="00C3488B" w:rsidRPr="00992D4E" w:rsidRDefault="00C3488B" w:rsidP="007038DC">
            <w:pPr>
              <w:spacing w:line="240" w:lineRule="auto"/>
              <w:jc w:val="both"/>
              <w:rPr>
                <w:i/>
              </w:rPr>
            </w:pPr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                                     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Страна</w:t>
            </w:r>
            <w:proofErr w:type="spellEnd"/>
          </w:p>
        </w:tc>
      </w:tr>
      <w:tr w:rsidR="004A1DF7" w14:paraId="5570A323" w14:textId="77777777" w:rsidTr="00151C70">
        <w:tc>
          <w:tcPr>
            <w:tcW w:w="5850" w:type="dxa"/>
          </w:tcPr>
          <w:p w14:paraId="28278251" w14:textId="77777777" w:rsidR="004A1DF7" w:rsidRPr="00992D4E" w:rsidRDefault="00B9614E" w:rsidP="007038DC">
            <w:pPr>
              <w:jc w:val="both"/>
              <w:rPr>
                <w:i/>
              </w:rPr>
            </w:pPr>
            <w:r w:rsidRPr="00992D4E">
              <w:rPr>
                <w:rFonts w:ascii="Times New Roman" w:eastAsia="Times New Roman" w:hAnsi="Times New Roman"/>
                <w:i/>
                <w:sz w:val="24"/>
              </w:rPr>
              <w:t>____________________________________________</w:t>
            </w:r>
          </w:p>
        </w:tc>
        <w:tc>
          <w:tcPr>
            <w:tcW w:w="5562" w:type="dxa"/>
          </w:tcPr>
          <w:p w14:paraId="0EBF2164" w14:textId="77777777" w:rsidR="004A1DF7" w:rsidRDefault="00C3488B" w:rsidP="007038DC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>_________________________________________</w:t>
            </w:r>
          </w:p>
        </w:tc>
      </w:tr>
      <w:tr w:rsidR="004A1DF7" w14:paraId="7C1260BA" w14:textId="77777777" w:rsidTr="00151C70">
        <w:tc>
          <w:tcPr>
            <w:tcW w:w="5850" w:type="dxa"/>
          </w:tcPr>
          <w:p w14:paraId="5D2F5D30" w14:textId="77777777" w:rsidR="004A1DF7" w:rsidRPr="00992D4E" w:rsidRDefault="00C3488B" w:rsidP="007038DC">
            <w:pPr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              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Անուն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,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Ազգանուն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,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Հայրանուն</w:t>
            </w:r>
            <w:proofErr w:type="spellEnd"/>
          </w:p>
          <w:p w14:paraId="7D16F4B8" w14:textId="77777777" w:rsidR="00C3488B" w:rsidRPr="00992D4E" w:rsidRDefault="00C3488B" w:rsidP="007038DC">
            <w:pPr>
              <w:jc w:val="both"/>
              <w:rPr>
                <w:i/>
              </w:rPr>
            </w:pPr>
            <w:r w:rsidRPr="00992D4E">
              <w:rPr>
                <w:rFonts w:ascii="Times New Roman" w:eastAsia="Times New Roman" w:hAnsi="Times New Roman"/>
                <w:i/>
                <w:sz w:val="24"/>
              </w:rPr>
              <w:t>____________________________________________</w:t>
            </w:r>
          </w:p>
        </w:tc>
        <w:tc>
          <w:tcPr>
            <w:tcW w:w="5562" w:type="dxa"/>
          </w:tcPr>
          <w:p w14:paraId="74B72177" w14:textId="77777777" w:rsidR="004A1DF7" w:rsidRPr="00992D4E" w:rsidRDefault="00C3488B" w:rsidP="007038DC">
            <w:pPr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                    </w:t>
            </w:r>
            <w:proofErr w:type="spellStart"/>
            <w:r w:rsidR="00B9614E" w:rsidRPr="00992D4E">
              <w:rPr>
                <w:rFonts w:ascii="Times New Roman" w:eastAsia="Times New Roman" w:hAnsi="Times New Roman"/>
                <w:i/>
                <w:sz w:val="24"/>
              </w:rPr>
              <w:t>Фамилия</w:t>
            </w:r>
            <w:proofErr w:type="spellEnd"/>
            <w:r w:rsidR="00B9614E" w:rsidRPr="00992D4E">
              <w:rPr>
                <w:rFonts w:ascii="Times New Roman" w:eastAsia="Times New Roman" w:hAnsi="Times New Roman"/>
                <w:i/>
                <w:sz w:val="24"/>
              </w:rPr>
              <w:t xml:space="preserve">, </w:t>
            </w:r>
            <w:proofErr w:type="spellStart"/>
            <w:r w:rsidR="00B9614E" w:rsidRPr="00992D4E">
              <w:rPr>
                <w:rFonts w:ascii="Times New Roman" w:eastAsia="Times New Roman" w:hAnsi="Times New Roman"/>
                <w:i/>
                <w:sz w:val="24"/>
              </w:rPr>
              <w:t>Имя</w:t>
            </w:r>
            <w:proofErr w:type="spellEnd"/>
            <w:r w:rsidR="00B9614E" w:rsidRPr="00992D4E">
              <w:rPr>
                <w:rFonts w:ascii="Times New Roman" w:eastAsia="Times New Roman" w:hAnsi="Times New Roman"/>
                <w:i/>
                <w:sz w:val="24"/>
              </w:rPr>
              <w:t xml:space="preserve">, </w:t>
            </w:r>
            <w:proofErr w:type="spellStart"/>
            <w:r w:rsidR="00B9614E" w:rsidRPr="00992D4E">
              <w:rPr>
                <w:rFonts w:ascii="Times New Roman" w:eastAsia="Times New Roman" w:hAnsi="Times New Roman"/>
                <w:i/>
                <w:sz w:val="24"/>
              </w:rPr>
              <w:t>Отчество</w:t>
            </w:r>
            <w:proofErr w:type="spellEnd"/>
          </w:p>
          <w:p w14:paraId="308BBE5A" w14:textId="77777777" w:rsidR="00C3488B" w:rsidRDefault="00C3488B" w:rsidP="007038DC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>_________________________________________</w:t>
            </w:r>
          </w:p>
        </w:tc>
      </w:tr>
      <w:tr w:rsidR="004A1DF7" w:rsidRPr="007038DC" w14:paraId="41657F01" w14:textId="77777777" w:rsidTr="00151C70">
        <w:trPr>
          <w:trHeight w:val="1188"/>
        </w:trPr>
        <w:tc>
          <w:tcPr>
            <w:tcW w:w="5850" w:type="dxa"/>
          </w:tcPr>
          <w:p w14:paraId="6815BE32" w14:textId="77777777" w:rsidR="00C3488B" w:rsidRPr="00992D4E" w:rsidRDefault="00C3488B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անձը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հաստատող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փաստաթղթի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անվանումը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, </w:t>
            </w:r>
          </w:p>
          <w:p w14:paraId="252E8378" w14:textId="77777777" w:rsidR="004A1DF7" w:rsidRPr="00992D4E" w:rsidRDefault="00C3488B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սերիան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և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համարը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,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փաստաթուղթը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տրամադրած</w:t>
            </w:r>
            <w:proofErr w:type="spellEnd"/>
          </w:p>
          <w:p w14:paraId="04765D60" w14:textId="77777777" w:rsidR="00C3488B" w:rsidRDefault="00C3488B" w:rsidP="007038DC">
            <w:pPr>
              <w:spacing w:line="240" w:lineRule="auto"/>
              <w:jc w:val="both"/>
            </w:pP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մարմնի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անվանումը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և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տրամադրման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ամսաթիվը</w:t>
            </w:r>
            <w:proofErr w:type="spellEnd"/>
          </w:p>
        </w:tc>
        <w:tc>
          <w:tcPr>
            <w:tcW w:w="5562" w:type="dxa"/>
          </w:tcPr>
          <w:p w14:paraId="4BE8E9FD" w14:textId="77777777" w:rsidR="00C3488B" w:rsidRPr="007038DC" w:rsidRDefault="00B9614E" w:rsidP="007038DC">
            <w:pPr>
              <w:jc w:val="both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i/>
                <w:sz w:val="24"/>
                <w:lang w:val="ru-RU"/>
              </w:rPr>
              <w:t>наименование, серия и номер документа, удостоверяющего личность, наименование органа, выдавшего документ, и дата его выдачи</w:t>
            </w:r>
          </w:p>
        </w:tc>
      </w:tr>
      <w:tr w:rsidR="003F1EDC" w:rsidRPr="007038DC" w14:paraId="00C753BA" w14:textId="77777777" w:rsidTr="00151C70">
        <w:trPr>
          <w:trHeight w:val="765"/>
        </w:trPr>
        <w:tc>
          <w:tcPr>
            <w:tcW w:w="5850" w:type="dxa"/>
          </w:tcPr>
          <w:p w14:paraId="6DC61902" w14:textId="77777777" w:rsidR="003F1EDC" w:rsidRPr="007038DC" w:rsidRDefault="003F1EDC" w:rsidP="007038DC">
            <w:pPr>
              <w:spacing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այսուհետ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մյուս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կնքեցին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հետևյալի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մասին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63BA6526" w14:textId="77777777" w:rsidR="003F1EDC" w:rsidRPr="007038DC" w:rsidRDefault="003F1EDC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в дальнейшем – «ОБУЧАЮЩИЙСЯ», с другой стороны, заключили настоящий договор о нижеследующем.</w:t>
            </w:r>
          </w:p>
        </w:tc>
      </w:tr>
      <w:tr w:rsidR="003F1EDC" w14:paraId="3141DCE4" w14:textId="77777777" w:rsidTr="00151C70">
        <w:trPr>
          <w:trHeight w:val="207"/>
        </w:trPr>
        <w:tc>
          <w:tcPr>
            <w:tcW w:w="5850" w:type="dxa"/>
          </w:tcPr>
          <w:p w14:paraId="79E3AFC7" w14:textId="77777777" w:rsidR="003F1EDC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="003F1EDC" w:rsidRPr="00871B9B">
              <w:rPr>
                <w:rFonts w:ascii="Times New Roman" w:eastAsia="Times New Roman" w:hAnsi="Times New Roman"/>
                <w:b/>
                <w:sz w:val="24"/>
              </w:rPr>
              <w:t>ՊԱՅՄԱՆԱԳՐԻ ԱՌԱՐԿԱՆ</w:t>
            </w:r>
          </w:p>
        </w:tc>
        <w:tc>
          <w:tcPr>
            <w:tcW w:w="5562" w:type="dxa"/>
          </w:tcPr>
          <w:p w14:paraId="2EDB61C0" w14:textId="77777777" w:rsidR="003F1EDC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="003F1EDC" w:rsidRPr="00871B9B">
              <w:rPr>
                <w:rFonts w:ascii="Times New Roman" w:eastAsia="Times New Roman" w:hAnsi="Times New Roman"/>
                <w:b/>
                <w:sz w:val="24"/>
              </w:rPr>
              <w:t>ПРЕДМЕТ ДОГОВОРА</w:t>
            </w:r>
          </w:p>
        </w:tc>
      </w:tr>
      <w:tr w:rsidR="003F1EDC" w14:paraId="3C8F1C6D" w14:textId="77777777" w:rsidTr="00151C70">
        <w:tc>
          <w:tcPr>
            <w:tcW w:w="5850" w:type="dxa"/>
          </w:tcPr>
          <w:p w14:paraId="46C3DE03" w14:textId="77777777" w:rsidR="003F1EDC" w:rsidRDefault="003F1EDC" w:rsidP="007038DC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«ՀԱՄԱԼՍԱՐԱՆ»-ը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պարտավորվում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է «ՍՈՎՈՐՈՂ»-ի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Նախաբուհական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այսուհետ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իրականացնել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լրացուցիչ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մեկամյա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ծրագիր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հետևյալ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մասնագիտությամբ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առարկաների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ցանկով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6328E1FE" w14:textId="77777777" w:rsidR="003F1EDC" w:rsidRDefault="003F1EDC" w:rsidP="007038DC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>____________________________________________</w:t>
            </w:r>
          </w:p>
        </w:tc>
        <w:tc>
          <w:tcPr>
            <w:tcW w:w="5562" w:type="dxa"/>
          </w:tcPr>
          <w:p w14:paraId="3272C35D" w14:textId="77777777" w:rsidR="003F1EDC" w:rsidRPr="007038DC" w:rsidRDefault="003F1EDC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«УНИВЕРСИТЕТ» принимает на себя обязательства реализовать годичную дополнительную образовательную программу обучения в Центре довузовского образования (далее - Центр) «ОБУЧАЮЩЕГОСЯ» по специальности или перечню дисциплин:</w:t>
            </w:r>
          </w:p>
          <w:p w14:paraId="77BD8473" w14:textId="77777777" w:rsidR="003F1EDC" w:rsidRDefault="003F1EDC" w:rsidP="007038DC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>___________________________________________</w:t>
            </w:r>
          </w:p>
        </w:tc>
      </w:tr>
      <w:tr w:rsidR="003F1EDC" w:rsidRPr="007038DC" w14:paraId="3215525D" w14:textId="77777777" w:rsidTr="00151C70">
        <w:tc>
          <w:tcPr>
            <w:tcW w:w="5850" w:type="dxa"/>
          </w:tcPr>
          <w:p w14:paraId="594243C2" w14:textId="77777777" w:rsidR="003F1EDC" w:rsidRPr="00992D4E" w:rsidRDefault="00992D4E" w:rsidP="007038DC">
            <w:pPr>
              <w:jc w:val="both"/>
              <w:rPr>
                <w:i/>
              </w:rPr>
            </w:pP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մասնագիտության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անվանումը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և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համարը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կամ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ուսումնական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առարկաների</w:t>
            </w:r>
            <w:proofErr w:type="spellEnd"/>
            <w:r w:rsidRPr="00992D4E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992D4E">
              <w:rPr>
                <w:rFonts w:ascii="Times New Roman" w:eastAsia="Times New Roman" w:hAnsi="Times New Roman"/>
                <w:i/>
                <w:sz w:val="24"/>
              </w:rPr>
              <w:t>ցանկը</w:t>
            </w:r>
            <w:proofErr w:type="spellEnd"/>
          </w:p>
        </w:tc>
        <w:tc>
          <w:tcPr>
            <w:tcW w:w="5562" w:type="dxa"/>
          </w:tcPr>
          <w:p w14:paraId="5E2E523A" w14:textId="77777777" w:rsidR="003F1EDC" w:rsidRPr="007038DC" w:rsidRDefault="003F1EDC" w:rsidP="007038DC">
            <w:pPr>
              <w:jc w:val="both"/>
              <w:rPr>
                <w:i/>
                <w:lang w:val="ru-RU"/>
              </w:rPr>
            </w:pPr>
            <w:r w:rsidRPr="007038DC">
              <w:rPr>
                <w:rFonts w:ascii="Times New Roman" w:eastAsia="Times New Roman" w:hAnsi="Times New Roman"/>
                <w:i/>
                <w:sz w:val="24"/>
                <w:lang w:val="ru-RU"/>
              </w:rPr>
              <w:t>наименование и номер специальности или перечень дисциплин</w:t>
            </w:r>
          </w:p>
        </w:tc>
      </w:tr>
      <w:tr w:rsidR="003F1EDC" w:rsidRPr="007038DC" w14:paraId="72D64554" w14:textId="77777777" w:rsidTr="00151C70">
        <w:tc>
          <w:tcPr>
            <w:tcW w:w="5850" w:type="dxa"/>
          </w:tcPr>
          <w:p w14:paraId="770584B6" w14:textId="77777777" w:rsidR="003F1EDC" w:rsidRPr="007038DC" w:rsidRDefault="00992D4E" w:rsidP="007038DC">
            <w:pPr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lastRenderedPageBreak/>
              <w:t>իսկ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ը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29C12C89" w14:textId="77777777" w:rsidR="003F1EDC" w:rsidRPr="007038DC" w:rsidRDefault="003F1EDC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при этом обучающийся обязуется оплатить свое обучение в соответствии с настоящим договором.</w:t>
            </w:r>
          </w:p>
        </w:tc>
      </w:tr>
      <w:tr w:rsidR="00992D4E" w14:paraId="58832DB1" w14:textId="77777777" w:rsidTr="00151C70">
        <w:tc>
          <w:tcPr>
            <w:tcW w:w="5850" w:type="dxa"/>
          </w:tcPr>
          <w:p w14:paraId="212EA53F" w14:textId="77777777" w:rsidR="00992D4E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="00992D4E" w:rsidRPr="00871B9B">
              <w:rPr>
                <w:rFonts w:ascii="Times New Roman" w:eastAsia="Times New Roman" w:hAnsi="Times New Roman"/>
                <w:b/>
                <w:sz w:val="24"/>
              </w:rPr>
              <w:t>ՀԱՄԱԼՍԱՐԱՆԻ ԻՐԱՎՈՒՆՔՆԵՐԸ ԵՎ ՊԱՐՏԱԿԱՆՈՒԹՅՈՒՆՆԵՐԸ</w:t>
            </w:r>
          </w:p>
        </w:tc>
        <w:tc>
          <w:tcPr>
            <w:tcW w:w="5562" w:type="dxa"/>
          </w:tcPr>
          <w:p w14:paraId="158633F0" w14:textId="77777777" w:rsidR="00992D4E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="00992D4E" w:rsidRPr="00871B9B">
              <w:rPr>
                <w:rFonts w:ascii="Times New Roman" w:eastAsia="Times New Roman" w:hAnsi="Times New Roman"/>
                <w:b/>
                <w:sz w:val="24"/>
              </w:rPr>
              <w:t>ПРАВА И ОБЯЗАННОСТИ УНИВЕРСИТЕТА</w:t>
            </w:r>
          </w:p>
        </w:tc>
      </w:tr>
      <w:tr w:rsidR="00992D4E" w:rsidRPr="007038DC" w14:paraId="47DB692C" w14:textId="77777777" w:rsidTr="00151C70">
        <w:tc>
          <w:tcPr>
            <w:tcW w:w="5850" w:type="dxa"/>
          </w:tcPr>
          <w:p w14:paraId="3B7CBF49" w14:textId="77777777" w:rsidR="00992D4E" w:rsidRDefault="00992D4E" w:rsidP="007038DC">
            <w:pPr>
              <w:jc w:val="both"/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առարկային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՝ «ՀԱՄԱԼՍԱՐԱՆ»-ը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պարտավորվում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է.</w:t>
            </w:r>
          </w:p>
        </w:tc>
        <w:tc>
          <w:tcPr>
            <w:tcW w:w="5562" w:type="dxa"/>
          </w:tcPr>
          <w:p w14:paraId="3BC32125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В соответствии с предметом договора «УНИВЕРСИТЕТ» обязуется:</w:t>
            </w:r>
          </w:p>
        </w:tc>
      </w:tr>
      <w:tr w:rsidR="00992D4E" w:rsidRPr="007038DC" w14:paraId="330339A9" w14:textId="77777777" w:rsidTr="00151C70">
        <w:tc>
          <w:tcPr>
            <w:tcW w:w="5850" w:type="dxa"/>
          </w:tcPr>
          <w:p w14:paraId="475EA9EE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Ապահովել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ընտրված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լրացուցիչ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ծրագրի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յուրացման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անհրաժեշտ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պայմաններ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ընտրված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մասնագիտության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ուղղության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գծով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հաստատված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ծրագրերին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15A9ED59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Обеспечить условия для усвоения «ОБУЧАЮЩИМСЯ» выбранной дополнительной образовательной программы по избранной специальности или направлению в соответствии с утвержденными учебными программами Центра.</w:t>
            </w:r>
          </w:p>
        </w:tc>
      </w:tr>
      <w:tr w:rsidR="00992D4E" w:rsidRPr="007038DC" w14:paraId="1AF72F7D" w14:textId="77777777" w:rsidTr="00151C70">
        <w:tc>
          <w:tcPr>
            <w:tcW w:w="5850" w:type="dxa"/>
          </w:tcPr>
          <w:p w14:paraId="1DC7E96E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Յուրաքանչյուր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ամսվա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վերջում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թեստավորման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միջոցով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գնահատել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գիտելիքները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տվյալ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ժամանակահատվածի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ծրագրերով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նախատեսված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առարկաներից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հաջող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ատեստավորման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ապահովել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շարունակելու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հնարավորությունը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1952DD0E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В конце каждого месяца, посредством проведения тестирования, произвести оценку знаний «ОБУЧАЮЩЕГОСЯ» по дисциплинам, предусмотренным учебными программами на данный период и, в случае успешной аттестации, обеспечить возможность продолжения обучения.</w:t>
            </w:r>
          </w:p>
        </w:tc>
      </w:tr>
      <w:tr w:rsidR="00992D4E" w:rsidRPr="007038DC" w14:paraId="60AD8D91" w14:textId="77777777" w:rsidTr="00151C70">
        <w:trPr>
          <w:trHeight w:val="3582"/>
        </w:trPr>
        <w:tc>
          <w:tcPr>
            <w:tcW w:w="5850" w:type="dxa"/>
          </w:tcPr>
          <w:p w14:paraId="17E59A3E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ծրագրերով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նախատեսված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ամբողջ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դասընթացի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ատեստավորման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հանձնաժողովի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իրականացված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ամփոփիչ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ատեստավորման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ավարտից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հետո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թույլատրել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մրցութային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հիմունքներով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մասնակցել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շրջանավարտների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կազմակերպվող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ավարտական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քննություններին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որոնք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համարժեք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ՌՀՀ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ներքին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ընդունելության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քննություններին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պետական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պատվերի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հատկացված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տեղերի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ինչպես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մասնագիտությամբ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վճարովի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ուսուցման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տեղերի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5E5AE91B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По завершении предусмотренного учебными программами всего курса обучения и итоговой аттестации, проведенной аттестационной комиссией, допустить «ОБУЧАЮЩЕГОСЯ» на конкурсной основе участвовать в организованных для выпускников Центра выпускных испытаниях, приравненных к внутренним вступительным испытаниям РАУ, на отведенные места госзаказа и с оплатой стоимости обучения по соответствующей специальности.</w:t>
            </w:r>
          </w:p>
        </w:tc>
      </w:tr>
      <w:tr w:rsidR="00992D4E" w:rsidRPr="007038DC" w14:paraId="5D54D8C0" w14:textId="77777777" w:rsidTr="00151C70">
        <w:tc>
          <w:tcPr>
            <w:tcW w:w="5850" w:type="dxa"/>
          </w:tcPr>
          <w:p w14:paraId="7D1CEEEE" w14:textId="77777777" w:rsidR="00992D4E" w:rsidRPr="007038DC" w:rsidRDefault="00992D4E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առարկային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5562" w:type="dxa"/>
          </w:tcPr>
          <w:p w14:paraId="5A0718F2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В соответствии с предметом договора «УНИВЕРСИТЕТ» имеет право:</w:t>
            </w:r>
          </w:p>
        </w:tc>
      </w:tr>
      <w:tr w:rsidR="00992D4E" w:rsidRPr="007038DC" w14:paraId="2DD3B87B" w14:textId="77777777" w:rsidTr="00151C70">
        <w:tc>
          <w:tcPr>
            <w:tcW w:w="5850" w:type="dxa"/>
          </w:tcPr>
          <w:p w14:paraId="1B0C199D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 w:rsidRPr="00871B9B"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պահանջել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ՀՀ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ՌԴ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օրենսդրության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նորմերի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ինչպես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նաև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 w:rsidRPr="00871B9B"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 w:rsidRPr="00871B9B"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 w:rsidRPr="00871B9B">
              <w:rPr>
                <w:rFonts w:ascii="Times New Roman" w:eastAsia="Times New Roman" w:hAnsi="Times New Roman"/>
                <w:sz w:val="24"/>
              </w:rPr>
              <w:t>ԿԵՆՏՐՈՆ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 w:rsidRPr="00871B9B"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տեղական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նորմատիվ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ակտերի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պահպանումը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3A3F6A09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Требовать от «ОБУЧАЮЩЕГОСЯ» соблюдения норм законодательства РА и РФ, а также локальных нормативных актов «УНИВЕРСИТЕТА» и «ЦЕНТРА».</w:t>
            </w:r>
          </w:p>
        </w:tc>
      </w:tr>
      <w:tr w:rsidR="00992D4E" w:rsidRPr="007038DC" w14:paraId="4B4BBE45" w14:textId="77777777" w:rsidTr="00151C70">
        <w:tc>
          <w:tcPr>
            <w:tcW w:w="5850" w:type="dxa"/>
          </w:tcPr>
          <w:p w14:paraId="2E591F07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2.5.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Ընտրված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մասնագիտությամբ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պլանների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ծրագրերի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լիարժեք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յուրացումն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ապահովելու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նպատակով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պահանջել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պարտադիր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մասնակցություն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գործընթացին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դասախոսությունների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սեմինարների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հաճախում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ստուգողական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աշխատանքների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այլն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2C0808F1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Для обеспечения полного освоения «ОБУЧАЮЩИМСЯ» учебных планов и программ по избранной специальности, требовать от него обязательного участия в учебном процессе (посещение лекций, семинаров, выполнение контрольных работ и т.п.).</w:t>
            </w:r>
          </w:p>
        </w:tc>
      </w:tr>
      <w:tr w:rsidR="00992D4E" w:rsidRPr="007038DC" w14:paraId="32D83EEE" w14:textId="77777777" w:rsidTr="00151C70">
        <w:tc>
          <w:tcPr>
            <w:tcW w:w="5850" w:type="dxa"/>
          </w:tcPr>
          <w:p w14:paraId="33CF4A2A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2.6.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Ակադեմիական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անբավարար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առաջադիմության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պարապմունքներին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ոչ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կանոնավոր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հաճախելու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ինչպես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պարտավորությունները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չկատարելու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հեռացնել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325CF2B8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2.6.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В случае академической неуспеваемости, нерегулярной посещаемости занятий, а также неисполнения обязательств по оплате отчислить «ОБУЧАЮЩЕГОСЯ» из Центра.</w:t>
            </w:r>
          </w:p>
        </w:tc>
      </w:tr>
      <w:tr w:rsidR="00992D4E" w:rsidRPr="007038DC" w14:paraId="68DD54BD" w14:textId="77777777" w:rsidTr="00151C70">
        <w:tc>
          <w:tcPr>
            <w:tcW w:w="5850" w:type="dxa"/>
          </w:tcPr>
          <w:p w14:paraId="2CF3123E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2.7.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պահանջել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արժեքի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ժամանակին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ամբողջական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040FAFF1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2.7.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Требовать от «ОБУЧАЮЩЕГОСЯ» своевременной и полной оплаты стоимости обучения в соответствии с условиями настоящего договора.</w:t>
            </w:r>
          </w:p>
        </w:tc>
      </w:tr>
      <w:tr w:rsidR="00992D4E" w14:paraId="7D9ABE5E" w14:textId="77777777" w:rsidTr="00151C70">
        <w:tc>
          <w:tcPr>
            <w:tcW w:w="5850" w:type="dxa"/>
          </w:tcPr>
          <w:p w14:paraId="0E08CC9A" w14:textId="77777777" w:rsidR="00992D4E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="00992D4E" w:rsidRPr="00871B9B">
              <w:rPr>
                <w:rFonts w:ascii="Times New Roman" w:eastAsia="Times New Roman" w:hAnsi="Times New Roman"/>
                <w:b/>
                <w:sz w:val="24"/>
              </w:rPr>
              <w:t>ՍՈՎՈՐՈՂԻ ԻՐԱՎՈՒՆՔՆԵՐԸ ԵՎ ՊԱՐՏԱԿԱՆՈՒԹՅՈՒՆՆԵՐԸ</w:t>
            </w:r>
          </w:p>
        </w:tc>
        <w:tc>
          <w:tcPr>
            <w:tcW w:w="5562" w:type="dxa"/>
          </w:tcPr>
          <w:p w14:paraId="029DDFAE" w14:textId="77777777" w:rsidR="00992D4E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="00992D4E" w:rsidRPr="00871B9B">
              <w:rPr>
                <w:rFonts w:ascii="Times New Roman" w:eastAsia="Times New Roman" w:hAnsi="Times New Roman"/>
                <w:b/>
                <w:sz w:val="24"/>
              </w:rPr>
              <w:t>ПРАВА И ОБЯЗАННОСТИ ОБУЧАЮЩЕГОСЯ</w:t>
            </w:r>
          </w:p>
        </w:tc>
      </w:tr>
      <w:tr w:rsidR="00992D4E" w:rsidRPr="007038DC" w14:paraId="4543D5B8" w14:textId="77777777" w:rsidTr="00151C70">
        <w:tc>
          <w:tcPr>
            <w:tcW w:w="5850" w:type="dxa"/>
          </w:tcPr>
          <w:p w14:paraId="34862A24" w14:textId="77777777" w:rsidR="00992D4E" w:rsidRDefault="00992D4E" w:rsidP="007038DC">
            <w:pPr>
              <w:jc w:val="both"/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առարկային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՝ «ՍՈՎՈՐՈՂ»-ը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պարտավորվում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է.</w:t>
            </w:r>
          </w:p>
        </w:tc>
        <w:tc>
          <w:tcPr>
            <w:tcW w:w="5562" w:type="dxa"/>
          </w:tcPr>
          <w:p w14:paraId="1A0B7994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В соответствии с предметом договора «ОБУЧАЮЩИЙСЯ» обязуется:</w:t>
            </w:r>
          </w:p>
        </w:tc>
      </w:tr>
      <w:tr w:rsidR="00992D4E" w:rsidRPr="007038DC" w14:paraId="15E4A965" w14:textId="77777777" w:rsidTr="00151C70">
        <w:tc>
          <w:tcPr>
            <w:tcW w:w="5850" w:type="dxa"/>
          </w:tcPr>
          <w:p w14:paraId="566ABB19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Վճարել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արժեքը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պայմանագրով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սահմանված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չափով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ժամկետներում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5798A451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Оплатить стоимость обучения в размере и в сроки, определенные настоящим договором.</w:t>
            </w:r>
          </w:p>
        </w:tc>
      </w:tr>
      <w:tr w:rsidR="00992D4E" w:rsidRPr="007038DC" w14:paraId="662A1338" w14:textId="77777777" w:rsidTr="00151C70">
        <w:trPr>
          <w:trHeight w:val="882"/>
        </w:trPr>
        <w:tc>
          <w:tcPr>
            <w:tcW w:w="5850" w:type="dxa"/>
          </w:tcPr>
          <w:p w14:paraId="004345BC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Յուրացնել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ծրագիրը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որը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մշակվել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2.1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կետին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2FD7000F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Освоить образовательную программу, разработанную в соответствии с п. 2.1 настоящего договора.</w:t>
            </w:r>
          </w:p>
        </w:tc>
      </w:tr>
      <w:tr w:rsidR="00992D4E" w:rsidRPr="007038DC" w14:paraId="326994A1" w14:textId="77777777" w:rsidTr="00151C70">
        <w:tc>
          <w:tcPr>
            <w:tcW w:w="5850" w:type="dxa"/>
          </w:tcPr>
          <w:p w14:paraId="7730366A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Պահպանել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 w:rsidRPr="00871B9B"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 w:rsidRPr="00871B9B"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ներքին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կարգապահությամբ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սահմանված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կանոնները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871B9B"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կատարել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Կենտրոնի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վարչակազմի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այլ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հիմնավորված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պահանջները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0FA47001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Соблюдать правила, установленные внутренним распорядком «УНИВЕРСИТЕТА», и выполнять иные обоснованные требования администрации Центра.</w:t>
            </w:r>
          </w:p>
        </w:tc>
      </w:tr>
      <w:tr w:rsidR="00992D4E" w:rsidRPr="007038DC" w14:paraId="510F01FF" w14:textId="77777777" w:rsidTr="00151C70">
        <w:tc>
          <w:tcPr>
            <w:tcW w:w="5850" w:type="dxa"/>
          </w:tcPr>
          <w:p w14:paraId="1777BC28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առարկային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5562" w:type="dxa"/>
          </w:tcPr>
          <w:p w14:paraId="677A11F0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В соответствии с предметом договора «ОБУЧАЮЩИЙСЯ» имеет право:</w:t>
            </w:r>
          </w:p>
        </w:tc>
      </w:tr>
      <w:tr w:rsidR="00992D4E" w:rsidRPr="007038DC" w14:paraId="047F447D" w14:textId="77777777" w:rsidTr="00151C70">
        <w:tc>
          <w:tcPr>
            <w:tcW w:w="5850" w:type="dxa"/>
          </w:tcPr>
          <w:p w14:paraId="47CC7D5C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Անվճար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օգտվել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գրադարանից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ինչպես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գիտական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ստորաբաժանումների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ծառայություններից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0AF21794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Бесплатно пользоваться библиотекой, услугами учебных, научных и других подразделений «УНИВЕРСИТЕТА».</w:t>
            </w:r>
          </w:p>
        </w:tc>
      </w:tr>
      <w:tr w:rsidR="00992D4E" w:rsidRPr="007038DC" w14:paraId="4D9E4F1D" w14:textId="77777777" w:rsidTr="00151C70">
        <w:tc>
          <w:tcPr>
            <w:tcW w:w="5850" w:type="dxa"/>
          </w:tcPr>
          <w:p w14:paraId="217319F9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3.5.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Մասնակցել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անցկացվող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բոլոր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տեսակի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գործունեությանը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կոնֆերանսներին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սիմպոզիումներին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գիտական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հասարակական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միջոցառումներին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</w:tcPr>
          <w:p w14:paraId="57B81F86" w14:textId="77777777" w:rsidR="00992D4E" w:rsidRPr="007038DC" w:rsidRDefault="00992D4E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3.5.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Принимать участие во всех видах учебной деятельности, конференциях, симпозиумах и иных образовательных, научных и общественных мероприятиях, проводимых Центром.</w:t>
            </w:r>
          </w:p>
        </w:tc>
      </w:tr>
      <w:tr w:rsidR="00992D4E" w14:paraId="1452DB4B" w14:textId="77777777" w:rsidTr="00151C70">
        <w:tc>
          <w:tcPr>
            <w:tcW w:w="5850" w:type="dxa"/>
          </w:tcPr>
          <w:p w14:paraId="4D4DF9E7" w14:textId="77777777" w:rsidR="00992D4E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4.</w:t>
            </w:r>
            <w:r w:rsidR="00992D4E" w:rsidRPr="00871B9B">
              <w:rPr>
                <w:rFonts w:ascii="Times New Roman" w:eastAsia="Times New Roman" w:hAnsi="Times New Roman"/>
                <w:b/>
                <w:sz w:val="24"/>
              </w:rPr>
              <w:t>ՎՃԱՐՄԱՆ ԿԱՐԳԸ</w:t>
            </w:r>
          </w:p>
        </w:tc>
        <w:tc>
          <w:tcPr>
            <w:tcW w:w="5562" w:type="dxa"/>
          </w:tcPr>
          <w:p w14:paraId="4379021D" w14:textId="77777777" w:rsidR="00992D4E" w:rsidRPr="00871B9B" w:rsidRDefault="00871B9B" w:rsidP="007038DC">
            <w:pPr>
              <w:jc w:val="both"/>
              <w:rPr>
                <w:b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4.</w:t>
            </w:r>
            <w:r w:rsidR="00992D4E" w:rsidRPr="00871B9B">
              <w:rPr>
                <w:rFonts w:ascii="Times New Roman" w:eastAsia="Times New Roman" w:hAnsi="Times New Roman"/>
                <w:b/>
                <w:sz w:val="24"/>
              </w:rPr>
              <w:t>ПОРЯДОК ОПЛАТЫ</w:t>
            </w:r>
          </w:p>
        </w:tc>
      </w:tr>
      <w:tr w:rsidR="00992D4E" w:rsidRPr="007038DC" w14:paraId="51B92ED0" w14:textId="77777777" w:rsidTr="00151C70">
        <w:tc>
          <w:tcPr>
            <w:tcW w:w="5850" w:type="dxa"/>
          </w:tcPr>
          <w:p w14:paraId="49B38E08" w14:textId="77777777" w:rsidR="00992D4E" w:rsidRPr="00871B9B" w:rsidRDefault="00992D4E" w:rsidP="007038DC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4.1.</w:t>
            </w:r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Լրացուցիչ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ծրագրի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մասնագիտության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առարկաների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ցիկլի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sz w:val="24"/>
              </w:rPr>
              <w:t>արժեքը</w:t>
            </w:r>
            <w:proofErr w:type="spellEnd"/>
            <w:r w:rsidRPr="00871B9B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85CB52E" w14:textId="77777777" w:rsidR="00CC6A08" w:rsidRPr="00871B9B" w:rsidRDefault="00992D4E" w:rsidP="007038DC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871B9B">
              <w:rPr>
                <w:rFonts w:ascii="Times New Roman" w:eastAsia="Times New Roman" w:hAnsi="Times New Roman"/>
                <w:sz w:val="24"/>
              </w:rPr>
              <w:t>_____________________________________________</w:t>
            </w:r>
          </w:p>
          <w:p w14:paraId="679F6B3E" w14:textId="77777777" w:rsidR="00992D4E" w:rsidRPr="00871B9B" w:rsidRDefault="00CC6A08" w:rsidP="007038DC">
            <w:pPr>
              <w:tabs>
                <w:tab w:val="left" w:pos="177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ընտրված</w:t>
            </w:r>
            <w:proofErr w:type="spellEnd"/>
            <w:r w:rsidRPr="00871B9B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մասնագիտության</w:t>
            </w:r>
            <w:proofErr w:type="spellEnd"/>
            <w:r w:rsidRPr="00871B9B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լրիվ</w:t>
            </w:r>
            <w:proofErr w:type="spellEnd"/>
            <w:r w:rsidRPr="00871B9B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անվանումը</w:t>
            </w:r>
            <w:proofErr w:type="spellEnd"/>
            <w:r w:rsidRPr="00871B9B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կամ</w:t>
            </w:r>
            <w:proofErr w:type="spellEnd"/>
            <w:r w:rsidRPr="00871B9B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առարկաների</w:t>
            </w:r>
            <w:proofErr w:type="spellEnd"/>
            <w:r w:rsidRPr="00871B9B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871B9B">
              <w:rPr>
                <w:rFonts w:ascii="Times New Roman" w:eastAsia="Times New Roman" w:hAnsi="Times New Roman"/>
                <w:i/>
                <w:sz w:val="24"/>
              </w:rPr>
              <w:t>ցանկը</w:t>
            </w:r>
            <w:proofErr w:type="spellEnd"/>
          </w:p>
        </w:tc>
        <w:tc>
          <w:tcPr>
            <w:tcW w:w="5562" w:type="dxa"/>
          </w:tcPr>
          <w:p w14:paraId="69E218F1" w14:textId="77777777" w:rsidR="00992D4E" w:rsidRPr="007038DC" w:rsidRDefault="00992D4E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4.1.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Стоимость обучения по специальности или циклу дисциплин дополнительно образовательной программы</w:t>
            </w:r>
          </w:p>
          <w:p w14:paraId="21E3B337" w14:textId="77777777" w:rsidR="00CC6A08" w:rsidRPr="007038DC" w:rsidRDefault="00CC6A08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___________________________________________</w:t>
            </w:r>
          </w:p>
          <w:p w14:paraId="375EFA68" w14:textId="77777777" w:rsidR="00CC6A08" w:rsidRPr="007038DC" w:rsidRDefault="00CC6A08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полное наименование избранной специальности или перечень дисциплин</w:t>
            </w:r>
          </w:p>
        </w:tc>
      </w:tr>
      <w:tr w:rsidR="00992D4E" w14:paraId="6AF8DD82" w14:textId="77777777" w:rsidTr="00151C70">
        <w:tc>
          <w:tcPr>
            <w:tcW w:w="5850" w:type="dxa"/>
          </w:tcPr>
          <w:p w14:paraId="4845C2E5" w14:textId="77777777" w:rsidR="00CC6A08" w:rsidRPr="007038DC" w:rsidRDefault="00CC6A08" w:rsidP="007038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սահմանվում</w:t>
            </w:r>
            <w:proofErr w:type="spellEnd"/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է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__________________________ </w:t>
            </w:r>
          </w:p>
          <w:p w14:paraId="3752A328" w14:textId="77777777" w:rsidR="00CC6A08" w:rsidRPr="007038DC" w:rsidRDefault="00CC6A08" w:rsidP="007038D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             </w:t>
            </w:r>
            <w:proofErr w:type="spellStart"/>
            <w:r w:rsidRPr="00EC577F">
              <w:rPr>
                <w:rFonts w:ascii="Times New Roman" w:hAnsi="Times New Roman" w:cs="Times New Roman"/>
                <w:i/>
                <w:sz w:val="24"/>
                <w:szCs w:val="24"/>
              </w:rPr>
              <w:t>գումարը</w:t>
            </w:r>
            <w:proofErr w:type="spellEnd"/>
            <w:r w:rsidRPr="007038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77F">
              <w:rPr>
                <w:rFonts w:ascii="Times New Roman" w:hAnsi="Times New Roman" w:cs="Times New Roman"/>
                <w:i/>
                <w:sz w:val="24"/>
                <w:szCs w:val="24"/>
              </w:rPr>
              <w:t>թվերով</w:t>
            </w:r>
            <w:proofErr w:type="spellEnd"/>
            <w:r w:rsidRPr="007038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        </w:t>
            </w:r>
          </w:p>
          <w:p w14:paraId="784A18CF" w14:textId="77777777" w:rsidR="00CC6A08" w:rsidRPr="007038DC" w:rsidRDefault="00CC6A08" w:rsidP="007038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</w:t>
            </w:r>
          </w:p>
          <w:p w14:paraId="4DA6B0E3" w14:textId="77777777" w:rsidR="00CC6A08" w:rsidRPr="007038DC" w:rsidRDefault="00CC6A08" w:rsidP="007038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(______________________________) </w:t>
            </w: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դրամի</w:t>
            </w:r>
            <w:proofErr w:type="spellEnd"/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չափով</w:t>
            </w:r>
            <w:proofErr w:type="spellEnd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։</w:t>
            </w:r>
            <w:r w:rsidRPr="007038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               </w:t>
            </w:r>
          </w:p>
          <w:p w14:paraId="0EDCDFB1" w14:textId="77777777" w:rsidR="00F569B8" w:rsidRPr="00151C70" w:rsidRDefault="00CC6A08" w:rsidP="007038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8DC">
              <w:rPr>
                <w:i/>
                <w:lang w:val="ru-RU"/>
              </w:rPr>
              <w:t xml:space="preserve">                   </w:t>
            </w:r>
            <w:proofErr w:type="spellStart"/>
            <w:r w:rsidRPr="00EC577F">
              <w:rPr>
                <w:rFonts w:ascii="Times New Roman" w:hAnsi="Times New Roman" w:cs="Times New Roman"/>
                <w:i/>
                <w:sz w:val="24"/>
                <w:szCs w:val="24"/>
              </w:rPr>
              <w:t>գումարը</w:t>
            </w:r>
            <w:proofErr w:type="spellEnd"/>
            <w:r w:rsidRPr="00EC5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C577F">
              <w:rPr>
                <w:rFonts w:ascii="Times New Roman" w:hAnsi="Times New Roman" w:cs="Times New Roman"/>
                <w:i/>
                <w:sz w:val="24"/>
                <w:szCs w:val="24"/>
              </w:rPr>
              <w:t>բառերով</w:t>
            </w:r>
            <w:proofErr w:type="spellEnd"/>
          </w:p>
        </w:tc>
        <w:tc>
          <w:tcPr>
            <w:tcW w:w="5562" w:type="dxa"/>
          </w:tcPr>
          <w:p w14:paraId="4A7E3A01" w14:textId="77777777" w:rsidR="00CC6A08" w:rsidRPr="007038DC" w:rsidRDefault="00CC6A08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определена в размере ___________________ </w:t>
            </w:r>
          </w:p>
          <w:p w14:paraId="678414BF" w14:textId="77777777" w:rsidR="00CC6A08" w:rsidRPr="007038DC" w:rsidRDefault="00CC6A08" w:rsidP="007038DC">
            <w:pPr>
              <w:jc w:val="both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                                         сумма цифрами                          </w:t>
            </w:r>
          </w:p>
          <w:p w14:paraId="511CE22A" w14:textId="77777777" w:rsidR="00992D4E" w:rsidRPr="007038DC" w:rsidRDefault="00CC6A08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(__________________________________) драмов.</w:t>
            </w:r>
          </w:p>
          <w:p w14:paraId="5C1D4BFC" w14:textId="77777777" w:rsidR="00CC6A08" w:rsidRPr="00CC6A08" w:rsidRDefault="00CC6A08" w:rsidP="007038DC">
            <w:pPr>
              <w:jc w:val="both"/>
              <w:rPr>
                <w:i/>
              </w:rPr>
            </w:pP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</w:t>
            </w:r>
            <w:proofErr w:type="spellStart"/>
            <w:r w:rsidRPr="00CC6A08">
              <w:rPr>
                <w:rFonts w:ascii="Times New Roman" w:eastAsia="Times New Roman" w:hAnsi="Times New Roman"/>
                <w:i/>
                <w:sz w:val="24"/>
              </w:rPr>
              <w:t>сумма</w:t>
            </w:r>
            <w:proofErr w:type="spellEnd"/>
            <w:r w:rsidRPr="00CC6A08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CC6A08">
              <w:rPr>
                <w:rFonts w:ascii="Times New Roman" w:eastAsia="Times New Roman" w:hAnsi="Times New Roman"/>
                <w:i/>
                <w:sz w:val="24"/>
              </w:rPr>
              <w:t>прописью</w:t>
            </w:r>
            <w:proofErr w:type="spellEnd"/>
          </w:p>
        </w:tc>
      </w:tr>
      <w:tr w:rsidR="00992D4E" w14:paraId="544B7472" w14:textId="77777777" w:rsidTr="00151C70">
        <w:tc>
          <w:tcPr>
            <w:tcW w:w="5850" w:type="dxa"/>
          </w:tcPr>
          <w:p w14:paraId="6856B1B2" w14:textId="77777777" w:rsidR="00992D4E" w:rsidRDefault="00992D4E" w:rsidP="007038DC">
            <w:pPr>
              <w:jc w:val="both"/>
            </w:pPr>
          </w:p>
        </w:tc>
        <w:tc>
          <w:tcPr>
            <w:tcW w:w="5562" w:type="dxa"/>
            <w:tcBorders>
              <w:bottom w:val="nil"/>
            </w:tcBorders>
          </w:tcPr>
          <w:p w14:paraId="60EBE20A" w14:textId="77777777" w:rsidR="00992D4E" w:rsidRDefault="00992D4E" w:rsidP="007038DC">
            <w:pPr>
              <w:jc w:val="both"/>
            </w:pPr>
          </w:p>
        </w:tc>
      </w:tr>
      <w:tr w:rsidR="00F569B8" w:rsidRPr="007038DC" w14:paraId="717817BF" w14:textId="77777777" w:rsidTr="00151C70">
        <w:tc>
          <w:tcPr>
            <w:tcW w:w="5850" w:type="dxa"/>
            <w:tcBorders>
              <w:right w:val="nil"/>
            </w:tcBorders>
          </w:tcPr>
          <w:p w14:paraId="6DBF18F2" w14:textId="77777777" w:rsidR="00F569B8" w:rsidRDefault="00F569B8" w:rsidP="007038DC">
            <w:pPr>
              <w:jc w:val="both"/>
            </w:pPr>
            <w:r w:rsidRPr="00871B9B">
              <w:rPr>
                <w:rFonts w:ascii="Times New Roman" w:eastAsia="Times New Roman" w:hAnsi="Times New Roman"/>
                <w:b/>
                <w:sz w:val="24"/>
              </w:rPr>
              <w:t>4.2.</w:t>
            </w:r>
            <w:r>
              <w:rPr>
                <w:rFonts w:ascii="Times New Roman" w:eastAsia="Times New Roman" w:hAnsi="Times New Roman"/>
                <w:sz w:val="24"/>
              </w:rPr>
              <w:t xml:space="preserve"> «ՍՈՎՈՐՈՂ»-ի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արժեքի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վճարումը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կատարվում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է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կիսամյակներով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4.1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կետով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սահմանված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տարեկան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արժեքի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կեսի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չափով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կանխավճար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կատարելու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միջոցով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«ՍՈՎՈՐՈՂ»-ի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ցանկությամբ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ամբողջ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տարվա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ամբողջ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ժամանակահատվածի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572CEC75" w14:textId="77777777" w:rsidR="00F569B8" w:rsidRPr="007038DC" w:rsidRDefault="00F569B8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4.2.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Оплата стоимости обучения производится «ОБУЧАЮЩИМСЯ» по полугодиям путем осуществления предоплаты в размере половины стоимости годового обучения, определенного п. 4.1. настоящего договора, либо, по желанию «ОБУЧАЮЩЕГОСЯ», – за весь учебный год или за весь период обучения.</w:t>
            </w:r>
          </w:p>
        </w:tc>
      </w:tr>
      <w:tr w:rsidR="00F569B8" w:rsidRPr="007038DC" w14:paraId="658CC137" w14:textId="77777777" w:rsidTr="00151C70">
        <w:tc>
          <w:tcPr>
            <w:tcW w:w="5850" w:type="dxa"/>
            <w:tcBorders>
              <w:right w:val="nil"/>
            </w:tcBorders>
          </w:tcPr>
          <w:p w14:paraId="2733F306" w14:textId="77777777" w:rsidR="00F569B8" w:rsidRPr="007038DC" w:rsidRDefault="00F569B8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4.3.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Ընթացիկ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կիսամյակի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կանխավճարը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ոչ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ուշ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քան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դրա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մեկնարկից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20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քսան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օրացուցային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0EFEF1BE" w14:textId="77777777" w:rsidR="00F569B8" w:rsidRPr="007038DC" w:rsidRDefault="00F569B8" w:rsidP="007038DC">
            <w:pPr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4.3.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Предоплата за текущее полугодие производится «ОБУЧАЮЩИМСЯ» не позднее 20 календарных дней до его начала.</w:t>
            </w:r>
          </w:p>
        </w:tc>
      </w:tr>
      <w:tr w:rsidR="00F569B8" w14:paraId="57F8323F" w14:textId="77777777" w:rsidTr="00151C70">
        <w:trPr>
          <w:trHeight w:val="2115"/>
        </w:trPr>
        <w:tc>
          <w:tcPr>
            <w:tcW w:w="5850" w:type="dxa"/>
            <w:tcBorders>
              <w:right w:val="nil"/>
            </w:tcBorders>
          </w:tcPr>
          <w:p w14:paraId="63DD47D9" w14:textId="77777777" w:rsidR="00F569B8" w:rsidRPr="007038DC" w:rsidRDefault="00F569B8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4.4.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Վճարումը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անկանխիկ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եղանակով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համապատասխան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գումարը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հաշվարկային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հաշվին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փոխանցելու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միջոցով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3B1A4D1D" w14:textId="77777777" w:rsidR="00711C7C" w:rsidRPr="007038DC" w:rsidRDefault="00711C7C" w:rsidP="007038DC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5.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ԿՈՂՄԵՐԻ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ՊԱՏԱՍԽԱՆԱՏՎՈՒԹՅՈՒՆԸ</w:t>
            </w:r>
          </w:p>
          <w:p w14:paraId="7B0D1FFB" w14:textId="77777777" w:rsidR="00711C7C" w:rsidRPr="007038DC" w:rsidRDefault="00711C7C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պատասխանատվություն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ստանձնած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պարտավորությունների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չկատարման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lastRenderedPageBreak/>
              <w:t>ոչ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պատշաճ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ՀՀ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օրենսդրությամբ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սահմանված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կարգով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4190E734" w14:textId="77777777" w:rsidR="00711C7C" w:rsidRPr="007038DC" w:rsidRDefault="00711C7C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միակողմանիորեն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կնքված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եթե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վերջինս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կատարում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արժեքի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պարտավորությունները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սահմանված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չափով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ժամկետներում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նրան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հեռացնել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6F029C04" w14:textId="77777777" w:rsidR="00F70003" w:rsidRPr="007038DC" w:rsidRDefault="00F70003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միակողմանիորեն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կնքված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նրան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հեռացնել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վերջինիս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ներքին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կարգապահության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կանոնների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վարչակազմի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պարտադիր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պահանջների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կոպիտ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խախտման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,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վերաբերյալ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դատարանի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մեղադրական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դատավճռի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օրինական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ուժի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մեջ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մտնելու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դատարանի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անգործունակ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ճանաչելու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ինչպես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ՀՀ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օրենքներով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նախատեսված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հանգամանքների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առկայության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որոնք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սահմանափակում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իրավունակությունը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52283565" w14:textId="77777777" w:rsidR="00F70003" w:rsidRPr="007038DC" w:rsidRDefault="00F7000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ը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միակողմանիորեն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կնքված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նրան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հեռացնել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ակադեմիական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անբավարար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առաջադիմության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6B954BEA" w14:textId="77777777" w:rsidR="00F70003" w:rsidRPr="007038DC" w:rsidRDefault="00F7000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միակողմանիորեն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հետ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կնքված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շարունակելուց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հրաժարվելու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շարունակելու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անհնարինության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Այդ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ը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հեռացվում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598E433F" w14:textId="77777777" w:rsidR="00F70003" w:rsidRPr="007038DC" w:rsidRDefault="00F70003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5.6.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5.4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կետի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համաձայն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կիսամյակի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գումարը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ամփոփիչ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ատեստավորմանը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մասնակցել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փաստացի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մատուցված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կրթական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ծառայությունների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վերադարձման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ենթակա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չէ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41B6AFD0" w14:textId="77777777" w:rsidR="00F23D31" w:rsidRPr="007038DC" w:rsidRDefault="00F70003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5.7.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բոլոր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դեպքերում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կանխավճարի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կարգով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վճարված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մնացյալ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գումարը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ենթակա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վերադարձման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Վերադարձվող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գումարը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հաշվարկվում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դիմումը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ներկայացնելու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օրվանից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188395EE" w14:textId="77777777" w:rsidR="00F23D31" w:rsidRPr="007038DC" w:rsidRDefault="00F23D31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6. </w:t>
            </w:r>
            <w:r w:rsidRPr="00C622FE">
              <w:rPr>
                <w:rFonts w:ascii="Times New Roman" w:eastAsia="Times New Roman" w:hAnsi="Times New Roman"/>
                <w:b/>
                <w:sz w:val="24"/>
              </w:rPr>
              <w:t>ԱՅԼ</w:t>
            </w: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</w:t>
            </w:r>
            <w:r w:rsidRPr="00C622FE">
              <w:rPr>
                <w:rFonts w:ascii="Times New Roman" w:eastAsia="Times New Roman" w:hAnsi="Times New Roman"/>
                <w:b/>
                <w:sz w:val="24"/>
              </w:rPr>
              <w:t>ՊԱՅՄԱՆՆԵՐ</w:t>
            </w:r>
          </w:p>
          <w:p w14:paraId="0B1B9D5C" w14:textId="77777777" w:rsidR="00F70003" w:rsidRPr="007038DC" w:rsidRDefault="00F23D31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Ֆինանսական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ֆորս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մաժորային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հանգամանքների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առաջացման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ՀԱՄԱԼՍԱՐԱՆ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ն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իրավունք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չունի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միակողմանիորեն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փոփոխել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արժեքը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Այդ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կապակցությամբ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ծագած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վիճելի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հարցերը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լուծում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բանակցությունների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միջոցով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3D709A5B" w14:textId="3B371954" w:rsidR="00F23D31" w:rsidRPr="007038DC" w:rsidRDefault="00F23D31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ընդունելությունը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Կենտրոն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իրականացվում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ռեկտորի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հրամանով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Ուսումնական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գործընթացը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սկսվում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հոկտեմբերի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038DC">
              <w:rPr>
                <w:rFonts w:ascii="Times New Roman" w:eastAsia="Times New Roman" w:hAnsi="Times New Roman"/>
                <w:sz w:val="24"/>
                <w:lang w:val="hy-AM"/>
              </w:rPr>
              <w:t>0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1-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23DE56EC" w14:textId="77777777" w:rsidR="00BF009A" w:rsidRPr="007038DC" w:rsidRDefault="009062A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ուժի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մեջ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մտնում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երկու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ստորագրելու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պահից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գործում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մինչև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</w:rPr>
              <w:t>ՍՈՎՈՐՈՂ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»-</w:t>
            </w:r>
            <w:r>
              <w:rPr>
                <w:rFonts w:ascii="Times New Roman" w:eastAsia="Times New Roman" w:hAnsi="Times New Roman"/>
                <w:sz w:val="24"/>
              </w:rPr>
              <w:t>ի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ուսման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դասընթացի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622FE">
              <w:rPr>
                <w:rFonts w:ascii="Times New Roman" w:eastAsia="Times New Roman" w:hAnsi="Times New Roman"/>
                <w:sz w:val="24"/>
              </w:rPr>
              <w:t>ավար</w:t>
            </w:r>
            <w:r w:rsidR="00C622FE">
              <w:rPr>
                <w:rFonts w:ascii="Times New Roman" w:eastAsia="Times New Roman" w:hAnsi="Times New Roman"/>
                <w:sz w:val="24"/>
              </w:rPr>
              <w:t>տ</w:t>
            </w:r>
            <w:r w:rsidRPr="00C622FE">
              <w:rPr>
                <w:rFonts w:ascii="Times New Roman" w:eastAsia="Times New Roman" w:hAnsi="Times New Roman"/>
                <w:sz w:val="24"/>
              </w:rPr>
              <w:t>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:</w:t>
            </w:r>
          </w:p>
          <w:p w14:paraId="23B9689D" w14:textId="77777777" w:rsidR="009062A3" w:rsidRPr="007038DC" w:rsidRDefault="009062A3" w:rsidP="007038D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ցանկացած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փոփոխություն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լրացում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ձևակերպվում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հավելվածների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տեսքով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և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հանդիսանում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դրա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անբաժանելի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մասը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1AEF1073" w14:textId="77777777" w:rsidR="009062A3" w:rsidRPr="007038DC" w:rsidRDefault="009062A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Սույն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պայմանագիրը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կազմված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է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հայերենով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երկու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իրավաբանորեն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հավասարազոր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օրինակով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յուրաքանչյուր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համար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մեկական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օրինակ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6056D535" w14:textId="77777777" w:rsidR="009062A3" w:rsidRPr="007038DC" w:rsidRDefault="009062A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6.6.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Կողմերի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միջև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ծագող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վեճերը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ենթակա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են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կարգավորման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բանակցությունների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միջոցով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իսկ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համաձայնության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հասնելու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անհնարինության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դեպքում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՝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դատական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կարգով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ՀՀ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գործող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օրենսդրության</w:t>
            </w:r>
            <w:proofErr w:type="spellEnd"/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շրջանակներում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։</w:t>
            </w:r>
          </w:p>
          <w:p w14:paraId="7E3E2C64" w14:textId="77777777" w:rsidR="00673311" w:rsidRPr="007038DC" w:rsidRDefault="00673311" w:rsidP="007038DC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7.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ԿՈՂՄԵՐԻ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ԻՐԱՎԱԲԱՆԱԿԱՆ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ՀԱՍՑԵՆԵՐԸ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ԵՎ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ԲԱՆԿԱՅԻՆ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ՌԵԿՎԻԶԻՏՆԵՐԸ</w:t>
            </w:r>
          </w:p>
          <w:p w14:paraId="415F961A" w14:textId="77777777" w:rsidR="007038DC" w:rsidRDefault="00673311" w:rsidP="007038D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2E4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ՀԱՄԱԼՍԱՐԱՆ</w:t>
            </w:r>
            <w:r w:rsidRPr="007038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14:paraId="3239E5E0" w14:textId="346FD588" w:rsidR="00AF1FE3" w:rsidRPr="007038DC" w:rsidRDefault="00673311" w:rsidP="007038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ՀՀ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ք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Երևան</w:t>
            </w:r>
            <w:proofErr w:type="spellEnd"/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Հովսեփ</w:t>
            </w:r>
            <w:proofErr w:type="spellEnd"/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Էմինի</w:t>
            </w:r>
            <w:proofErr w:type="spellEnd"/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փ</w:t>
            </w:r>
            <w:r w:rsidR="00AF1FE3"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123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ԱՐԴՇԻՆԲԱՆԿ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ՓԲԸ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Հ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Հ՝ 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2480100103250010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՝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ՀՀ</w:t>
            </w:r>
            <w:r w:rsidRPr="00703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77F">
              <w:rPr>
                <w:rFonts w:ascii="Times New Roman" w:hAnsi="Times New Roman" w:cs="Times New Roman"/>
                <w:sz w:val="24"/>
                <w:szCs w:val="24"/>
              </w:rPr>
              <w:t>դրամ</w:t>
            </w:r>
            <w:proofErr w:type="spellEnd"/>
          </w:p>
          <w:p w14:paraId="72348B6D" w14:textId="77777777" w:rsidR="00453BCE" w:rsidRPr="007038DC" w:rsidRDefault="00453BCE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4C30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ՍՈՎՈՐՈՂ</w:t>
            </w:r>
            <w:r w:rsidRPr="00703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4C300A">
              <w:rPr>
                <w:rFonts w:ascii="Times New Roman" w:hAnsi="Times New Roman" w:cs="Times New Roman"/>
                <w:sz w:val="20"/>
                <w:szCs w:val="20"/>
              </w:rPr>
              <w:t>Քաղաքացի</w:t>
            </w:r>
            <w:proofErr w:type="spellEnd"/>
            <w:r w:rsidRPr="004C300A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 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</w:t>
            </w:r>
            <w:r w:rsidR="00AF1FE3"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                                     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Երկիր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________________________________________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                       </w:t>
            </w:r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Ա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նուն</w:t>
            </w:r>
            <w:proofErr w:type="spellEnd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Ա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զգանուն</w:t>
            </w:r>
            <w:proofErr w:type="spellEnd"/>
            <w:proofErr w:type="gramStart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, ,</w:t>
            </w:r>
            <w:proofErr w:type="gram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Հ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այրանուն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______________________________________</w:t>
            </w:r>
          </w:p>
          <w:p w14:paraId="64D5D89F" w14:textId="77777777" w:rsidR="00453BCE" w:rsidRPr="007038DC" w:rsidRDefault="00453BCE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անձը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հաստատող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փաստաթղթի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անվանումը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սերիան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և</w:t>
            </w: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համարը</w:t>
            </w:r>
            <w:proofErr w:type="spellEnd"/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փաստաթուղթը</w:t>
            </w:r>
            <w:proofErr w:type="spellEnd"/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տրամադրած</w:t>
            </w:r>
            <w:proofErr w:type="spellEnd"/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մարմնի</w:t>
            </w:r>
            <w:proofErr w:type="spellEnd"/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անվանումը</w:t>
            </w:r>
            <w:proofErr w:type="spellEnd"/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և</w:t>
            </w:r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տրամադրման</w:t>
            </w:r>
            <w:proofErr w:type="spellEnd"/>
            <w:r w:rsidR="00166CF4"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ամսաթիվը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4C300A">
              <w:rPr>
                <w:rFonts w:ascii="Times New Roman" w:hAnsi="Times New Roman" w:cs="Times New Roman"/>
                <w:sz w:val="20"/>
                <w:szCs w:val="20"/>
              </w:rPr>
              <w:t>Հասցե</w:t>
            </w:r>
            <w:proofErr w:type="spellEnd"/>
          </w:p>
          <w:p w14:paraId="7AE427B2" w14:textId="77777777" w:rsidR="00151C70" w:rsidRPr="007038DC" w:rsidRDefault="00453BCE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քաղաքացու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փաստացի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բնակության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30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հասցեն</w:t>
            </w:r>
            <w:proofErr w:type="spellEnd"/>
          </w:p>
          <w:p w14:paraId="1DD3D300" w14:textId="77777777" w:rsidR="00BF009A" w:rsidRPr="007038DC" w:rsidRDefault="00453BCE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4C300A">
              <w:rPr>
                <w:rFonts w:ascii="Times New Roman" w:hAnsi="Times New Roman" w:cs="Times New Roman"/>
                <w:sz w:val="20"/>
                <w:szCs w:val="20"/>
              </w:rPr>
              <w:t>Հեռախոս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_______________________________</w:t>
            </w:r>
          </w:p>
          <w:p w14:paraId="625259E0" w14:textId="77777777" w:rsidR="00166CF4" w:rsidRPr="007038DC" w:rsidRDefault="00166CF4" w:rsidP="007038DC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C4ECD08" w14:textId="77777777" w:rsidR="006805E7" w:rsidRPr="007038DC" w:rsidRDefault="006805E7" w:rsidP="007038DC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ԿՈՂՄԵՐԻ</w:t>
            </w:r>
            <w:r w:rsidRPr="007038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C577F">
              <w:rPr>
                <w:rFonts w:ascii="Times New Roman" w:hAnsi="Times New Roman" w:cs="Times New Roman"/>
                <w:b/>
                <w:sz w:val="24"/>
                <w:szCs w:val="24"/>
              </w:rPr>
              <w:t>ՍՏՈՐԱԳՐՈՒԹՅՈՒՆՆԵՐԸ</w:t>
            </w:r>
          </w:p>
          <w:p w14:paraId="461C598A" w14:textId="77777777" w:rsidR="00151C70" w:rsidRPr="00AF1FE3" w:rsidRDefault="00151C70" w:rsidP="007038DC">
            <w:pPr>
              <w:tabs>
                <w:tab w:val="left" w:pos="1320"/>
              </w:tabs>
              <w:spacing w:line="240" w:lineRule="auto"/>
              <w:jc w:val="both"/>
              <w:rPr>
                <w:lang w:val="ru-RU"/>
              </w:rPr>
            </w:pPr>
          </w:p>
          <w:p w14:paraId="48A3CE5C" w14:textId="77777777" w:rsidR="00711C7C" w:rsidRPr="007038DC" w:rsidRDefault="006805E7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ՌՀՀ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ռեկտոր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Քաղաքացի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</w:t>
            </w:r>
          </w:p>
          <w:p w14:paraId="4F308759" w14:textId="77777777" w:rsidR="006805E7" w:rsidRPr="007038DC" w:rsidRDefault="006805E7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ստորագրություն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ստորագրություն</w:t>
            </w:r>
            <w:proofErr w:type="spellEnd"/>
          </w:p>
          <w:p w14:paraId="13C538B4" w14:textId="77777777" w:rsidR="00097077" w:rsidRPr="007038DC" w:rsidRDefault="00097077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01CFCED" w14:textId="77777777" w:rsidR="00B845EB" w:rsidRPr="007038DC" w:rsidRDefault="006805E7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</w:t>
            </w:r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Կ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Տ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31FD807" w14:textId="77777777" w:rsidR="00B845EB" w:rsidRPr="007038DC" w:rsidRDefault="00B845EB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7AF6CC5" w14:textId="77777777" w:rsidR="00F15C57" w:rsidRPr="007038DC" w:rsidRDefault="00F15C57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********************</w:t>
            </w:r>
            <w:r w:rsidR="00B845EB"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*********</w:t>
            </w:r>
          </w:p>
          <w:p w14:paraId="5FEC8E71" w14:textId="77777777" w:rsidR="00F15C57" w:rsidRPr="007038DC" w:rsidRDefault="00F15C57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Ծանոթ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եմ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անչափահաս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սովորողի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կողմից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կնքված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պայմանագրի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պայմաններին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առարկություններ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չունեմ</w:t>
            </w:r>
            <w:proofErr w:type="spellEnd"/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11216CD4" w14:textId="77777777" w:rsidR="00F15C57" w:rsidRPr="007038DC" w:rsidRDefault="00F15C57" w:rsidP="007038DC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</w:r>
            <w:r w:rsidRPr="007038DC">
              <w:rPr>
                <w:sz w:val="20"/>
                <w:szCs w:val="20"/>
                <w:lang w:val="ru-RU"/>
              </w:rPr>
              <w:softHyphen/>
              <w:t>_____________________________________</w:t>
            </w:r>
          </w:p>
          <w:p w14:paraId="4A58CA72" w14:textId="77777777" w:rsidR="00F15C57" w:rsidRPr="007038DC" w:rsidRDefault="00F15C57" w:rsidP="007038D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մ</w:t>
            </w:r>
            <w:proofErr w:type="spellStart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այր</w:t>
            </w:r>
            <w:proofErr w:type="spellEnd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 xml:space="preserve"> </w:t>
            </w: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/</w:t>
            </w:r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հայր</w:t>
            </w:r>
            <w:proofErr w:type="spellEnd"/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/ </w:t>
            </w:r>
            <w:proofErr w:type="spellStart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խնամակալ</w:t>
            </w:r>
            <w:proofErr w:type="spellEnd"/>
          </w:p>
          <w:p w14:paraId="4B5B518D" w14:textId="77777777" w:rsidR="00F15C57" w:rsidRPr="007038DC" w:rsidRDefault="00F15C57" w:rsidP="007038D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______________________________________________</w:t>
            </w:r>
          </w:p>
          <w:p w14:paraId="09547BC5" w14:textId="77777777" w:rsidR="00F15C57" w:rsidRPr="007038DC" w:rsidRDefault="00F15C57" w:rsidP="007038D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Ա</w:t>
            </w:r>
            <w:proofErr w:type="spellStart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նուն</w:t>
            </w:r>
            <w:proofErr w:type="spellEnd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, ա</w:t>
            </w:r>
            <w:proofErr w:type="spellStart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զգանուն</w:t>
            </w:r>
            <w:proofErr w:type="spellEnd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 xml:space="preserve">, </w:t>
            </w:r>
            <w:proofErr w:type="spellStart"/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հայրանուն</w:t>
            </w:r>
            <w:proofErr w:type="spellEnd"/>
          </w:p>
          <w:p w14:paraId="091CFD7A" w14:textId="77777777" w:rsidR="00F15C57" w:rsidRPr="00166CF4" w:rsidRDefault="00F15C57" w:rsidP="007038DC">
            <w:pPr>
              <w:spacing w:after="0"/>
              <w:jc w:val="both"/>
              <w:rPr>
                <w:rFonts w:cs="Times New Roman"/>
                <w:sz w:val="20"/>
                <w:szCs w:val="20"/>
                <w:lang w:val="hy-AM"/>
              </w:rPr>
            </w:pPr>
            <w:proofErr w:type="spellStart"/>
            <w:r w:rsidRPr="00166CF4">
              <w:rPr>
                <w:rFonts w:ascii="Times New Roman" w:hAnsi="Times New Roman" w:cs="Times New Roman"/>
                <w:sz w:val="20"/>
                <w:szCs w:val="20"/>
              </w:rPr>
              <w:t>Անձնագիր</w:t>
            </w:r>
            <w:proofErr w:type="spellEnd"/>
            <w:r w:rsidRPr="00166CF4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՝——————————————————</w:t>
            </w:r>
          </w:p>
          <w:p w14:paraId="3834DAAE" w14:textId="77777777" w:rsidR="00F15C57" w:rsidRPr="00166CF4" w:rsidRDefault="00F15C57" w:rsidP="007038DC">
            <w:pPr>
              <w:spacing w:after="0"/>
              <w:jc w:val="both"/>
              <w:rPr>
                <w:rFonts w:cs="Times New Roman"/>
                <w:i/>
                <w:iCs/>
                <w:sz w:val="20"/>
                <w:szCs w:val="20"/>
                <w:lang w:val="hy-AM"/>
              </w:rPr>
            </w:pP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            </w:t>
            </w:r>
            <w:r w:rsidRPr="00166C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սերիա, համար, ում կողմից և երբ է տրվել</w:t>
            </w:r>
          </w:p>
          <w:p w14:paraId="5EB6293D" w14:textId="77777777" w:rsidR="00F15C57" w:rsidRPr="007038DC" w:rsidRDefault="00F15C57" w:rsidP="007038D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hy-AM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Հասցե</w:t>
            </w:r>
            <w:r w:rsidRPr="00166CF4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՝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 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softHyphen/>
              <w:t>____________________________________</w:t>
            </w:r>
          </w:p>
          <w:p w14:paraId="0D58F5CF" w14:textId="77777777" w:rsidR="00F15C57" w:rsidRPr="007038DC" w:rsidRDefault="00F15C57" w:rsidP="007038D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</w:pPr>
            <w:r w:rsidRPr="007038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y-AM"/>
              </w:rPr>
              <w:t>մշտական բնակության վայր</w:t>
            </w:r>
          </w:p>
          <w:p w14:paraId="28DAC836" w14:textId="77777777" w:rsidR="00F15C57" w:rsidRPr="007038DC" w:rsidRDefault="00F15C57" w:rsidP="007038DC">
            <w:pPr>
              <w:jc w:val="both"/>
              <w:rPr>
                <w:rFonts w:cs="Times New Roman"/>
                <w:i/>
                <w:iCs/>
                <w:sz w:val="20"/>
                <w:szCs w:val="20"/>
                <w:lang w:val="hy-AM"/>
              </w:rPr>
            </w:pPr>
            <w:r w:rsidRPr="00703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y-AM"/>
              </w:rPr>
              <w:t>Ստորագրություն</w:t>
            </w:r>
            <w:r w:rsidRPr="00166C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703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y-AM"/>
              </w:rPr>
              <w:t>_______________________</w:t>
            </w:r>
          </w:p>
          <w:p w14:paraId="671B3ADF" w14:textId="77777777" w:rsidR="007038DC" w:rsidRDefault="007038DC" w:rsidP="007038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34CD9B" w14:textId="77777777" w:rsidR="007038DC" w:rsidRDefault="007038DC" w:rsidP="007038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3F9A6E" w14:textId="276E5103" w:rsidR="00F15C57" w:rsidRDefault="00F15C57" w:rsidP="007038DC">
            <w:pPr>
              <w:jc w:val="both"/>
            </w:pPr>
            <w:r w:rsidRPr="0016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     » __________ 202</w:t>
            </w:r>
            <w:r w:rsidR="007038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y-AM"/>
              </w:rPr>
              <w:t>6</w:t>
            </w:r>
            <w:r w:rsidRPr="0016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թ.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5F144D7E" w14:textId="77777777" w:rsidR="00F569B8" w:rsidRPr="007038DC" w:rsidRDefault="00F569B8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4.4.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Оплата производится путем внесения соответствующей суммы на расчетный счет «УНИВЕРСИТЕТА» в безналичной форме.</w:t>
            </w:r>
          </w:p>
          <w:p w14:paraId="28EDCB64" w14:textId="77777777" w:rsidR="00F70003" w:rsidRPr="00C622FE" w:rsidRDefault="00F70003" w:rsidP="007038D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622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ОТВЕТСТВЕННОСТЬ СТОРОН</w:t>
            </w:r>
          </w:p>
          <w:p w14:paraId="45A09564" w14:textId="77777777" w:rsidR="00F70003" w:rsidRPr="007038DC" w:rsidRDefault="00F7000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Стороны несут ответственность за невыполнение или ненадлежащее выполнение взятых на себя обязательств в порядке, 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>установленном настоящим договором и законодательством РА.</w:t>
            </w:r>
          </w:p>
          <w:p w14:paraId="3C9003E8" w14:textId="77777777" w:rsidR="00F569B8" w:rsidRPr="007038DC" w:rsidRDefault="00F70003" w:rsidP="007038DC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«УНИВЕРСИТЕТ» имеет право в одностороннем порядке расторгнуть договор с «ОБУЧАЮЩИМСЯ» в случае невыполнения последним обязательств по оплате стоимости обучения в размере и в сроки, определенные настоящим договором, и может отчислить его из Центра.</w:t>
            </w:r>
          </w:p>
          <w:p w14:paraId="7BF2A84E" w14:textId="77777777" w:rsidR="00C622FE" w:rsidRPr="007038DC" w:rsidRDefault="00F70003" w:rsidP="007038DC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«УНИВЕРСИТЕТ» имеет право в одностороннем порядке расторгнуть договор  с «ОБУЧАЮЩИМСЯ» и отчислить его из Центра в случае грубого нарушения последним Правил внутреннего распорядка и иных обязательных требований администрации, вступления в законную силу относительно «ОБУЧАЮЩЕГОСЯ» обвинительного приговора суда, признания судом «ОБУЧАЮЩЕГОСЯ» недееспособным, а также при наличии иных, предусмотренных законами РА обстоятельств, которые ограничивают правоспособность «ОБУЧАЮЩЕГОСЯ».</w:t>
            </w:r>
          </w:p>
          <w:p w14:paraId="272FAE0D" w14:textId="77777777" w:rsidR="00A33485" w:rsidRPr="007038DC" w:rsidRDefault="00F70003" w:rsidP="007038DC">
            <w:pPr>
              <w:spacing w:after="60"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«УНИВЕРСИТЕТ» может в одностороннем порядке расторгнуть договор с «ОБУЧАЮЩИМСЯ» и отчислить его из Центра в случае академической неуспеваемости «ОБУЧАЮЩЕГОСЯ».</w:t>
            </w:r>
          </w:p>
          <w:p w14:paraId="6B34E9FC" w14:textId="77777777" w:rsidR="00A33485" w:rsidRPr="007038DC" w:rsidRDefault="00F70003" w:rsidP="007038DC">
            <w:pPr>
              <w:spacing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«ОБУЧАЮЩИЙСЯ» имеет право в одностороннем порядке расторгнуть договор с «УНИВЕРСИТЕТОМ» в случае отказа или невозможности продолжения обучения. В этом случае «ОБУЧАЮЩИЙСЯ» отчисляется из Центра.</w:t>
            </w:r>
          </w:p>
          <w:p w14:paraId="68014A67" w14:textId="77777777" w:rsidR="00A33485" w:rsidRPr="007038DC" w:rsidRDefault="00F70003" w:rsidP="007038DC">
            <w:pPr>
              <w:spacing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5.6.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В случае расторжения договора, согласно пунктам 5.4 настоящего договора, сумма, уплаченная «ОБУЧАЮЩИМСЯ» за обучение в семестре, в итоговой аттестации которого он не принимал участия, в части фактически предоставленных образовательных услуг, возврату не подлежит.</w:t>
            </w:r>
          </w:p>
          <w:p w14:paraId="149033F4" w14:textId="77777777" w:rsidR="006805E7" w:rsidRPr="007038DC" w:rsidRDefault="00F7000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5.7.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Во всех случаях расторжения договора оставшаяся сумма, уплаченная «ОБУЧАЮЩИМСЯ» в порядке предоплаты за обучение, подлежит возврату, возвратная сумма 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исчисляется со дня подачи заявления о расторжении договора.</w:t>
            </w:r>
          </w:p>
          <w:p w14:paraId="7B25C5A5" w14:textId="77777777" w:rsidR="00F23D31" w:rsidRPr="007038DC" w:rsidRDefault="00F23D31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038DC">
              <w:rPr>
                <w:b/>
                <w:lang w:val="ru-RU"/>
              </w:rPr>
              <w:t>6.</w:t>
            </w: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ПРОЧИЕ УСЛОВИЯ</w:t>
            </w:r>
          </w:p>
          <w:p w14:paraId="731C3902" w14:textId="77777777" w:rsidR="00F23D31" w:rsidRPr="007038DC" w:rsidRDefault="00F23D31" w:rsidP="007038DC">
            <w:pPr>
              <w:spacing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6.1.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В случае возникновения финансовых форс-мажорных обстоятельств, «УНИВЕРСИТЕТ» не вправе в одностороннем порядке изменить стоимость обучения. Возникшие при этом спорные вопросы стороны решают путем переговоров.</w:t>
            </w:r>
          </w:p>
          <w:p w14:paraId="1CC3FB7D" w14:textId="77777777" w:rsidR="00F23D31" w:rsidRPr="007038DC" w:rsidRDefault="009062A3" w:rsidP="007038DC">
            <w:pPr>
              <w:spacing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6.2.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Зачисление «ОБУЧАЮЩИХСЯ» в Центр проводится приказом ректора. Учебный процесс начинается с 1-го октября.</w:t>
            </w:r>
          </w:p>
          <w:p w14:paraId="2593A455" w14:textId="77777777" w:rsidR="00F23D31" w:rsidRPr="007038DC" w:rsidRDefault="009062A3" w:rsidP="007038DC">
            <w:pPr>
              <w:spacing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6.3.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Настоящий договор вступает в силу с момента подписания его обеими сторонами и действует до завершения «ОБУЧАЮЩИМСЯ» курса обучения.</w:t>
            </w:r>
          </w:p>
          <w:p w14:paraId="2C141404" w14:textId="77777777" w:rsidR="009062A3" w:rsidRPr="007038DC" w:rsidRDefault="009062A3" w:rsidP="007038DC">
            <w:pPr>
              <w:spacing w:line="240" w:lineRule="auto"/>
              <w:jc w:val="both"/>
              <w:rPr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6.4.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Любые изменения настоящего договора и дополнения к нему оформляются в виде приложений и являются его неотъемлемой частью.</w:t>
            </w:r>
          </w:p>
          <w:p w14:paraId="1950ADB4" w14:textId="77777777" w:rsidR="00F23D31" w:rsidRPr="007038DC" w:rsidRDefault="009062A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6.5.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Настоящий договор заключен на русском языке, в двух юридически одинаково правомочных экземплярах, по одному для каждой стороны.</w:t>
            </w:r>
          </w:p>
          <w:p w14:paraId="47249A79" w14:textId="77777777" w:rsidR="006805E7" w:rsidRPr="007038DC" w:rsidRDefault="009062A3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038DC">
              <w:rPr>
                <w:rFonts w:ascii="Times New Roman" w:eastAsia="Times New Roman" w:hAnsi="Times New Roman"/>
                <w:b/>
                <w:sz w:val="24"/>
                <w:lang w:val="ru-RU"/>
              </w:rPr>
              <w:t>6.6.</w:t>
            </w:r>
            <w:r w:rsidRPr="007038DC">
              <w:rPr>
                <w:rFonts w:ascii="Times New Roman" w:eastAsia="Times New Roman" w:hAnsi="Times New Roman"/>
                <w:sz w:val="24"/>
                <w:lang w:val="ru-RU"/>
              </w:rPr>
              <w:t xml:space="preserve"> Споры, возникающие между сторонами, подлежат урегулированию путем переговоров, а при невозможности достижения согласия – в судебном порядке, в рамках действующего законодательства РА.</w:t>
            </w:r>
          </w:p>
          <w:p w14:paraId="6246E3C1" w14:textId="77777777" w:rsidR="00151C70" w:rsidRPr="007038DC" w:rsidRDefault="00151C70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549C4E1C" w14:textId="77777777" w:rsidR="00151C70" w:rsidRPr="007038DC" w:rsidRDefault="00151C70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0B6D70B3" w14:textId="77777777" w:rsidR="00151C70" w:rsidRPr="007038DC" w:rsidRDefault="00151C70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0089456B" w14:textId="77777777" w:rsidR="00151C70" w:rsidRPr="007038DC" w:rsidRDefault="00151C70" w:rsidP="007038D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D38CACD" w14:textId="77777777" w:rsidR="00453BCE" w:rsidRPr="008A386B" w:rsidRDefault="00453BCE" w:rsidP="007038DC">
            <w:pPr>
              <w:spacing w:line="240" w:lineRule="auto"/>
              <w:ind w:firstLine="374"/>
              <w:jc w:val="both"/>
              <w:rPr>
                <w:b/>
                <w:sz w:val="28"/>
                <w:lang w:val="ru-RU"/>
              </w:rPr>
            </w:pPr>
            <w:r w:rsidRPr="008A386B">
              <w:rPr>
                <w:b/>
                <w:sz w:val="28"/>
                <w:lang w:val="ru-RU"/>
              </w:rPr>
              <w:t>7.</w:t>
            </w:r>
            <w:r w:rsidRPr="008A386B">
              <w:rPr>
                <w:b/>
                <w:sz w:val="28"/>
                <w:lang w:val="ru-RU"/>
              </w:rPr>
              <w:tab/>
              <w:t xml:space="preserve">ЮРИДИЧЕСКИЕ АДРЕСА И </w:t>
            </w:r>
            <w:proofErr w:type="gramStart"/>
            <w:r w:rsidRPr="008A386B">
              <w:rPr>
                <w:b/>
                <w:sz w:val="28"/>
                <w:lang w:val="ru-RU"/>
              </w:rPr>
              <w:t xml:space="preserve">БАНКОВСКИЕ </w:t>
            </w:r>
            <w:r w:rsidRPr="00D33EA4">
              <w:rPr>
                <w:b/>
                <w:sz w:val="28"/>
                <w:lang w:val="ru-RU"/>
              </w:rPr>
              <w:t xml:space="preserve"> </w:t>
            </w:r>
            <w:r w:rsidRPr="008A386B">
              <w:rPr>
                <w:b/>
                <w:sz w:val="28"/>
                <w:lang w:val="ru-RU"/>
              </w:rPr>
              <w:t>РЕКВИЗИТЫ</w:t>
            </w:r>
            <w:proofErr w:type="gramEnd"/>
            <w:r w:rsidRPr="008A386B">
              <w:rPr>
                <w:b/>
                <w:sz w:val="28"/>
                <w:lang w:val="ru-RU"/>
              </w:rPr>
              <w:t xml:space="preserve"> СТОРОН</w:t>
            </w:r>
          </w:p>
          <w:p w14:paraId="76C8E566" w14:textId="77777777" w:rsidR="00453BCE" w:rsidRPr="007038DC" w:rsidRDefault="00AF1FE3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51C70">
              <w:rPr>
                <w:rFonts w:ascii="Times New Roman" w:hAnsi="Times New Roman" w:cs="Times New Roman"/>
                <w:b/>
                <w:bCs/>
                <w:i/>
                <w:u w:val="single"/>
                <w:lang w:val="ru-RU"/>
              </w:rPr>
              <w:t>«УНИВЕРСИТЕТ»</w:t>
            </w:r>
            <w:r w:rsidRPr="00151C70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 xml:space="preserve">      </w:t>
            </w:r>
            <w:r w:rsidRPr="00151C7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                           </w:t>
            </w:r>
          </w:p>
          <w:p w14:paraId="3BB3D24E" w14:textId="77777777" w:rsidR="007038DC" w:rsidRDefault="007038DC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6A85BB5" w14:textId="0B0E392B" w:rsidR="00AF1FE3" w:rsidRPr="00151C70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51C70">
              <w:rPr>
                <w:rFonts w:ascii="Times New Roman" w:hAnsi="Times New Roman" w:cs="Times New Roman"/>
                <w:lang w:val="ru-RU"/>
              </w:rPr>
              <w:t xml:space="preserve">РА, г. Ереван, ул. </w:t>
            </w:r>
            <w:proofErr w:type="spellStart"/>
            <w:r w:rsidRPr="00151C70">
              <w:rPr>
                <w:rFonts w:ascii="Times New Roman" w:hAnsi="Times New Roman" w:cs="Times New Roman"/>
                <w:lang w:val="ru-RU"/>
              </w:rPr>
              <w:t>Овсепа</w:t>
            </w:r>
            <w:proofErr w:type="spellEnd"/>
            <w:r w:rsidRPr="00151C7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51C70">
              <w:rPr>
                <w:rFonts w:ascii="Times New Roman" w:hAnsi="Times New Roman" w:cs="Times New Roman"/>
                <w:lang w:val="ru-RU"/>
              </w:rPr>
              <w:t>Эмина</w:t>
            </w:r>
            <w:proofErr w:type="spellEnd"/>
            <w:r w:rsidRPr="00151C70">
              <w:rPr>
                <w:rFonts w:ascii="Times New Roman" w:hAnsi="Times New Roman" w:cs="Times New Roman"/>
                <w:lang w:val="ru-RU"/>
              </w:rPr>
              <w:t xml:space="preserve"> 123</w:t>
            </w:r>
          </w:p>
          <w:p w14:paraId="53D2F6D6" w14:textId="77777777" w:rsidR="00AF1FE3" w:rsidRPr="00151C70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51C70">
              <w:rPr>
                <w:rFonts w:ascii="Times New Roman" w:hAnsi="Times New Roman" w:cs="Times New Roman"/>
                <w:lang w:val="ru-RU"/>
              </w:rPr>
              <w:t>ЗАО «АРДШИНБАНК»</w:t>
            </w:r>
          </w:p>
          <w:p w14:paraId="5F543F8A" w14:textId="77777777" w:rsidR="00AF1FE3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51C70">
              <w:rPr>
                <w:rFonts w:ascii="Times New Roman" w:hAnsi="Times New Roman" w:cs="Times New Roman"/>
                <w:lang w:val="ru-RU"/>
              </w:rPr>
              <w:t>Р/С: 2480100103250010 – драм РА</w:t>
            </w:r>
          </w:p>
          <w:p w14:paraId="3E167C21" w14:textId="77777777" w:rsidR="00151C70" w:rsidRPr="004C300A" w:rsidRDefault="00151C70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FA4E682" w14:textId="77777777" w:rsidR="00AF1FE3" w:rsidRPr="00166CF4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ru-RU"/>
              </w:rPr>
            </w:pPr>
            <w:r w:rsidRPr="004C300A">
              <w:rPr>
                <w:b/>
                <w:bCs/>
                <w:i/>
                <w:sz w:val="20"/>
                <w:szCs w:val="20"/>
                <w:u w:val="single"/>
                <w:lang w:val="ru-RU"/>
              </w:rPr>
              <w:lastRenderedPageBreak/>
              <w:t>«</w:t>
            </w:r>
            <w:r w:rsidRPr="00166CF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ru-RU"/>
              </w:rPr>
              <w:t>ОБУЧАЮЩИЙСЯ»</w:t>
            </w:r>
          </w:p>
          <w:p w14:paraId="742C1856" w14:textId="77777777" w:rsidR="00AF1FE3" w:rsidRPr="007038DC" w:rsidRDefault="00AF1FE3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6C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Гражданин</w:t>
            </w: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___________________</w:t>
            </w:r>
            <w:r w:rsidR="004C300A"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</w:t>
            </w:r>
          </w:p>
          <w:p w14:paraId="5AAE990C" w14:textId="77777777" w:rsidR="00AF1FE3" w:rsidRPr="007038DC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Страна</w:t>
            </w:r>
          </w:p>
          <w:p w14:paraId="77323A4C" w14:textId="77777777" w:rsidR="00AF1FE3" w:rsidRPr="007038DC" w:rsidRDefault="00AF1FE3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_________________________________</w:t>
            </w:r>
            <w:r w:rsidR="004C300A"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______________</w:t>
            </w:r>
          </w:p>
          <w:p w14:paraId="5CF366C0" w14:textId="77777777" w:rsidR="00AF1FE3" w:rsidRPr="007038DC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                    Фамилия, Имя, Отчество</w:t>
            </w:r>
          </w:p>
          <w:p w14:paraId="00B9B862" w14:textId="77777777" w:rsidR="00AF1FE3" w:rsidRPr="007038DC" w:rsidRDefault="00151C70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__________________________</w:t>
            </w:r>
            <w:r w:rsidR="00AF1FE3"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</w:t>
            </w:r>
            <w:r w:rsidR="004C300A"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________________</w:t>
            </w:r>
          </w:p>
          <w:p w14:paraId="6FE338E7" w14:textId="77777777" w:rsidR="00AF1FE3" w:rsidRPr="00166CF4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ru-RU"/>
              </w:rPr>
            </w:pP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наименование, серия и номер документа, удостоверяющего личность</w:t>
            </w:r>
            <w:r w:rsidR="00166CF4"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166CF4"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наименование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орагана</w:t>
            </w:r>
            <w:proofErr w:type="spellEnd"/>
            <w:r w:rsidR="00166CF4"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166CF4"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выдавшегодокумент</w:t>
            </w:r>
            <w:proofErr w:type="spellEnd"/>
            <w:r w:rsidR="00166CF4"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 и дата его выдачи</w:t>
            </w:r>
          </w:p>
          <w:p w14:paraId="7B0AE3B0" w14:textId="77777777" w:rsidR="00151C70" w:rsidRPr="004C300A" w:rsidRDefault="00AF1FE3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Адрес </w:t>
            </w: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softHyphen/>
            </w: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softHyphen/>
            </w: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softHyphen/>
            </w: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softHyphen/>
            </w:r>
          </w:p>
          <w:p w14:paraId="6BCDC05C" w14:textId="77777777" w:rsidR="00AF1FE3" w:rsidRPr="004C300A" w:rsidRDefault="00AF1FE3" w:rsidP="00703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C300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6E8E73" wp14:editId="7A5B937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115570</wp:posOffset>
                      </wp:positionV>
                      <wp:extent cx="2895600" cy="635"/>
                      <wp:effectExtent l="11430" t="10795" r="7620" b="7620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B505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16.65pt;margin-top:9.1pt;width:228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"/>
                  </w:pict>
                </mc:Fallback>
              </mc:AlternateContent>
            </w:r>
          </w:p>
          <w:p w14:paraId="4F597924" w14:textId="77777777" w:rsidR="00AF1FE3" w:rsidRPr="004C300A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C300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Адрес, по которому фактически проживает гражданин</w:t>
            </w:r>
          </w:p>
          <w:p w14:paraId="36892D53" w14:textId="77777777" w:rsidR="00166CF4" w:rsidRDefault="00AF1FE3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Терефон</w:t>
            </w:r>
            <w:proofErr w:type="spellEnd"/>
            <w:r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______________________</w:t>
            </w:r>
            <w:r w:rsidR="004C300A" w:rsidRPr="007038D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___________________</w:t>
            </w:r>
          </w:p>
          <w:p w14:paraId="479C9B6C" w14:textId="77777777" w:rsidR="00B845EB" w:rsidRPr="00B845EB" w:rsidRDefault="00B845EB" w:rsidP="007038D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E036901" w14:textId="77777777" w:rsidR="006805E7" w:rsidRDefault="00AF1FE3" w:rsidP="007038D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C300A">
              <w:rPr>
                <w:rFonts w:ascii="Times New Roman" w:hAnsi="Times New Roman" w:cs="Times New Roman"/>
                <w:b/>
                <w:bCs/>
                <w:lang w:val="ru-RU"/>
              </w:rPr>
              <w:t>ПОДПИСИ СТОРОН</w:t>
            </w:r>
          </w:p>
          <w:p w14:paraId="43E04559" w14:textId="77777777" w:rsidR="00B845EB" w:rsidRPr="004C300A" w:rsidRDefault="00B845EB" w:rsidP="007038D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0DD13616" w14:textId="77777777" w:rsidR="00166CF4" w:rsidRPr="007038DC" w:rsidRDefault="006805E7" w:rsidP="007038DC">
            <w:pPr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C300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63607B7" wp14:editId="01D2C124">
                      <wp:simplePos x="0" y="0"/>
                      <wp:positionH relativeFrom="column">
                        <wp:posOffset>4214495</wp:posOffset>
                      </wp:positionH>
                      <wp:positionV relativeFrom="paragraph">
                        <wp:posOffset>167640</wp:posOffset>
                      </wp:positionV>
                      <wp:extent cx="1543050" cy="635"/>
                      <wp:effectExtent l="13970" t="5715" r="5080" b="12700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65BEE" id="Straight Arrow Connector 28" o:spid="_x0000_s1026" type="#_x0000_t32" style="position:absolute;margin-left:331.85pt;margin-top:13.2pt;width:121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"/>
                  </w:pict>
                </mc:Fallback>
              </mc:AlternateContent>
            </w:r>
            <w:r w:rsidRPr="004C300A">
              <w:rPr>
                <w:rFonts w:ascii="Times New Roman" w:hAnsi="Times New Roman" w:cs="Times New Roman"/>
                <w:lang w:val="ru-RU"/>
              </w:rPr>
              <w:t>Ректор РАУ ______________</w:t>
            </w:r>
            <w:r w:rsidRPr="007038DC">
              <w:rPr>
                <w:rFonts w:ascii="Times New Roman" w:hAnsi="Times New Roman" w:cs="Times New Roman"/>
                <w:lang w:val="ru-RU"/>
              </w:rPr>
              <w:t>__</w:t>
            </w:r>
            <w:r w:rsidR="00166CF4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4C300A">
              <w:rPr>
                <w:rFonts w:ascii="Times New Roman" w:hAnsi="Times New Roman" w:cs="Times New Roman"/>
                <w:lang w:val="ru-RU"/>
              </w:rPr>
              <w:t xml:space="preserve"> Гражданин</w:t>
            </w:r>
            <w:r w:rsidR="00166CF4" w:rsidRPr="007038DC">
              <w:rPr>
                <w:rFonts w:ascii="Times New Roman" w:hAnsi="Times New Roman" w:cs="Times New Roman"/>
                <w:lang w:val="ru-RU"/>
              </w:rPr>
              <w:t xml:space="preserve"> __________</w:t>
            </w:r>
          </w:p>
          <w:p w14:paraId="2E1499CC" w14:textId="77777777" w:rsidR="006805E7" w:rsidRPr="004C300A" w:rsidRDefault="006805E7" w:rsidP="007038D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C300A">
              <w:rPr>
                <w:rFonts w:ascii="Times New Roman" w:hAnsi="Times New Roman" w:cs="Times New Roman"/>
                <w:lang w:val="ru-RU"/>
              </w:rPr>
              <w:t xml:space="preserve">                              подпись                           </w:t>
            </w:r>
            <w:r w:rsidRPr="007038DC">
              <w:rPr>
                <w:rFonts w:ascii="Times New Roman" w:hAnsi="Times New Roman" w:cs="Times New Roman"/>
                <w:lang w:val="ru-RU"/>
              </w:rPr>
              <w:t xml:space="preserve">              </w:t>
            </w:r>
            <w:proofErr w:type="spellStart"/>
            <w:r w:rsidRPr="004C300A">
              <w:rPr>
                <w:rFonts w:ascii="Times New Roman" w:hAnsi="Times New Roman" w:cs="Times New Roman"/>
                <w:lang w:val="ru-RU"/>
              </w:rPr>
              <w:t>подпись</w:t>
            </w:r>
            <w:proofErr w:type="spellEnd"/>
            <w:r w:rsidRPr="004C300A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</w:t>
            </w:r>
          </w:p>
          <w:p w14:paraId="675CFC9A" w14:textId="77777777" w:rsidR="00097077" w:rsidRPr="007038DC" w:rsidRDefault="006805E7" w:rsidP="007038DC">
            <w:pPr>
              <w:tabs>
                <w:tab w:val="left" w:pos="1620"/>
              </w:tabs>
              <w:jc w:val="both"/>
              <w:rPr>
                <w:lang w:val="ru-RU"/>
              </w:rPr>
            </w:pPr>
            <w:r w:rsidRPr="004C300A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Pr="004C300A">
              <w:rPr>
                <w:rFonts w:ascii="Times New Roman" w:hAnsi="Times New Roman" w:cs="Times New Roman"/>
                <w:lang w:val="ru-RU"/>
              </w:rPr>
              <w:tab/>
              <w:t>М. П.</w:t>
            </w:r>
            <w:r w:rsidRPr="007038DC">
              <w:rPr>
                <w:lang w:val="ru-RU"/>
              </w:rPr>
              <w:t xml:space="preserve">       </w:t>
            </w:r>
          </w:p>
          <w:p w14:paraId="75538372" w14:textId="77777777" w:rsidR="00B845EB" w:rsidRPr="007038DC" w:rsidRDefault="00B845EB" w:rsidP="007038DC">
            <w:pPr>
              <w:tabs>
                <w:tab w:val="left" w:pos="1620"/>
              </w:tabs>
              <w:jc w:val="both"/>
              <w:rPr>
                <w:lang w:val="ru-RU"/>
              </w:rPr>
            </w:pPr>
          </w:p>
          <w:p w14:paraId="1FE6B503" w14:textId="77777777" w:rsidR="003A064B" w:rsidRPr="007038DC" w:rsidRDefault="003A064B" w:rsidP="007038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********************</w:t>
            </w:r>
            <w:r w:rsidR="00B845EB" w:rsidRPr="007038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********</w:t>
            </w:r>
          </w:p>
          <w:p w14:paraId="70BAECA8" w14:textId="77777777" w:rsidR="006805E7" w:rsidRPr="00166CF4" w:rsidRDefault="003A064B" w:rsidP="007038DC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 «С условиями договора, заключенного несовершеннолетним обучающимся, ознакомлен, возражений не имею»</w:t>
            </w:r>
          </w:p>
          <w:p w14:paraId="4E15EE8E" w14:textId="77777777" w:rsidR="006805E7" w:rsidRPr="007038DC" w:rsidRDefault="003A064B" w:rsidP="007038DC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7038DC">
              <w:rPr>
                <w:b/>
                <w:bCs/>
                <w:sz w:val="20"/>
                <w:szCs w:val="20"/>
                <w:lang w:val="ru-RU"/>
              </w:rPr>
              <w:t>______________________________________</w:t>
            </w:r>
          </w:p>
          <w:p w14:paraId="3A6D8B70" w14:textId="77777777" w:rsidR="006805E7" w:rsidRPr="00166CF4" w:rsidRDefault="003A064B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мать / отец / опекун                                               </w:t>
            </w:r>
          </w:p>
          <w:p w14:paraId="178B16F7" w14:textId="77777777" w:rsidR="006805E7" w:rsidRPr="007038DC" w:rsidRDefault="00166CF4" w:rsidP="007038DC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7038DC">
              <w:rPr>
                <w:b/>
                <w:bCs/>
                <w:sz w:val="20"/>
                <w:szCs w:val="20"/>
                <w:lang w:val="ru-RU"/>
              </w:rPr>
              <w:t>______________________</w:t>
            </w:r>
            <w:r w:rsidR="003A064B" w:rsidRPr="007038DC">
              <w:rPr>
                <w:b/>
                <w:bCs/>
                <w:sz w:val="20"/>
                <w:szCs w:val="20"/>
                <w:lang w:val="ru-RU"/>
              </w:rPr>
              <w:t>___________________________________</w:t>
            </w:r>
          </w:p>
          <w:p w14:paraId="4DFCBBF3" w14:textId="77777777" w:rsidR="003A064B" w:rsidRPr="00166CF4" w:rsidRDefault="003A064B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Фамилия, Имя, Отчество  </w:t>
            </w:r>
          </w:p>
          <w:p w14:paraId="73C33849" w14:textId="77777777" w:rsidR="003A064B" w:rsidRPr="00166CF4" w:rsidRDefault="003A064B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Паспорт  </w:t>
            </w:r>
            <w:r w:rsidRPr="00166CF4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——————————————————</w:t>
            </w:r>
          </w:p>
          <w:p w14:paraId="23532EA6" w14:textId="77777777" w:rsidR="003A064B" w:rsidRPr="00166CF4" w:rsidRDefault="003A064B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                                 серия, номер, кем и когда выдан</w:t>
            </w:r>
          </w:p>
          <w:p w14:paraId="49315FF5" w14:textId="77777777" w:rsidR="003A064B" w:rsidRPr="00166CF4" w:rsidRDefault="003A064B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Адрес    </w:t>
            </w:r>
            <w:r w:rsidRPr="00166CF4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——————————————————</w:t>
            </w:r>
          </w:p>
          <w:p w14:paraId="063B290D" w14:textId="77777777" w:rsidR="003A064B" w:rsidRDefault="003A064B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166CF4">
              <w:rPr>
                <w:sz w:val="20"/>
                <w:szCs w:val="20"/>
                <w:lang w:val="ru-RU"/>
              </w:rPr>
              <w:t xml:space="preserve">                                 постоянное место жительства</w:t>
            </w:r>
          </w:p>
          <w:p w14:paraId="26A2928B" w14:textId="77777777" w:rsidR="00166CF4" w:rsidRPr="00166CF4" w:rsidRDefault="00166CF4" w:rsidP="007038DC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  <w:p w14:paraId="45DCA886" w14:textId="77777777" w:rsidR="00166CF4" w:rsidRPr="007038DC" w:rsidRDefault="003A064B" w:rsidP="007038DC">
            <w:pPr>
              <w:spacing w:after="0" w:line="240" w:lineRule="auto"/>
              <w:jc w:val="both"/>
              <w:rPr>
                <w:b/>
                <w:bCs/>
                <w:lang w:val="ru-RU"/>
              </w:rPr>
            </w:pPr>
            <w:r w:rsidRPr="00166CF4">
              <w:rPr>
                <w:b/>
                <w:bCs/>
                <w:sz w:val="20"/>
                <w:szCs w:val="20"/>
                <w:lang w:val="ru-RU"/>
              </w:rPr>
              <w:t xml:space="preserve">Подпись </w:t>
            </w:r>
            <w:r w:rsidRPr="007038DC">
              <w:rPr>
                <w:b/>
                <w:bCs/>
                <w:sz w:val="20"/>
                <w:szCs w:val="20"/>
                <w:lang w:val="ru-RU"/>
              </w:rPr>
              <w:t>_________________________________</w:t>
            </w:r>
            <w:r w:rsidRPr="007038DC">
              <w:rPr>
                <w:b/>
                <w:bCs/>
                <w:lang w:val="ru-RU"/>
              </w:rPr>
              <w:t xml:space="preserve">    </w:t>
            </w:r>
          </w:p>
          <w:p w14:paraId="3D3A0834" w14:textId="77777777" w:rsidR="003A064B" w:rsidRPr="007038DC" w:rsidRDefault="003A064B" w:rsidP="007038DC">
            <w:pPr>
              <w:spacing w:after="0" w:line="240" w:lineRule="auto"/>
              <w:jc w:val="both"/>
              <w:rPr>
                <w:b/>
                <w:bCs/>
                <w:lang w:val="ru-RU"/>
              </w:rPr>
            </w:pPr>
            <w:r w:rsidRPr="007038DC">
              <w:rPr>
                <w:b/>
                <w:bCs/>
                <w:lang w:val="ru-RU"/>
              </w:rPr>
              <w:t xml:space="preserve">                                                     </w:t>
            </w:r>
          </w:p>
          <w:p w14:paraId="5F72E4D3" w14:textId="77777777" w:rsidR="007038DC" w:rsidRDefault="007038DC" w:rsidP="007038DC">
            <w:pPr>
              <w:spacing w:after="0" w:line="240" w:lineRule="auto"/>
              <w:jc w:val="both"/>
              <w:rPr>
                <w:b/>
                <w:bCs/>
                <w:lang w:val="ru-RU"/>
              </w:rPr>
            </w:pPr>
          </w:p>
          <w:p w14:paraId="7685EE14" w14:textId="77777777" w:rsidR="007038DC" w:rsidRDefault="007038DC" w:rsidP="007038DC">
            <w:pPr>
              <w:spacing w:after="0" w:line="240" w:lineRule="auto"/>
              <w:jc w:val="both"/>
              <w:rPr>
                <w:b/>
                <w:bCs/>
                <w:lang w:val="ru-RU"/>
              </w:rPr>
            </w:pPr>
          </w:p>
          <w:p w14:paraId="76597F77" w14:textId="16762569" w:rsidR="006805E7" w:rsidRDefault="003A064B" w:rsidP="007038DC">
            <w:pPr>
              <w:spacing w:after="0" w:line="240" w:lineRule="auto"/>
              <w:jc w:val="both"/>
              <w:rPr>
                <w:b/>
                <w:bCs/>
                <w:lang w:val="ru-RU"/>
              </w:rPr>
            </w:pPr>
            <w:proofErr w:type="gramStart"/>
            <w:r w:rsidRPr="004F30DA">
              <w:rPr>
                <w:b/>
                <w:bCs/>
                <w:lang w:val="ru-RU"/>
              </w:rPr>
              <w:t xml:space="preserve">«  </w:t>
            </w:r>
            <w:proofErr w:type="gramEnd"/>
            <w:r w:rsidRPr="004F30DA">
              <w:rPr>
                <w:b/>
                <w:bCs/>
                <w:lang w:val="ru-RU"/>
              </w:rPr>
              <w:t xml:space="preserve">    » </w:t>
            </w:r>
            <w:r>
              <w:rPr>
                <w:b/>
                <w:bCs/>
              </w:rPr>
              <w:t>________</w:t>
            </w:r>
            <w:r w:rsidR="0020698C">
              <w:rPr>
                <w:b/>
                <w:bCs/>
                <w:lang w:val="ru-RU"/>
              </w:rPr>
              <w:t xml:space="preserve"> 202</w:t>
            </w:r>
            <w:r w:rsidR="007038DC">
              <w:rPr>
                <w:b/>
                <w:bCs/>
                <w:lang w:val="hy-AM"/>
              </w:rPr>
              <w:t>6</w:t>
            </w:r>
            <w:r w:rsidR="0020698C">
              <w:rPr>
                <w:b/>
                <w:bCs/>
                <w:lang w:val="ru-RU"/>
              </w:rPr>
              <w:t xml:space="preserve"> г. </w:t>
            </w:r>
          </w:p>
          <w:p w14:paraId="627BEA7F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46DFE420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163F7F3D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1D00F1F2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484E9FE3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0B58B28A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64C62143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1FF6EBF9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5EC760C2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21D7E040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71C2AEB2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54B4CC63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3711D732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42795BDA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44C586FF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68D8C571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5F1B73F7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3B3CA47F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207F66D8" w14:textId="77777777" w:rsidR="006805E7" w:rsidRDefault="006805E7" w:rsidP="007038DC">
            <w:pPr>
              <w:spacing w:line="240" w:lineRule="auto"/>
              <w:jc w:val="both"/>
              <w:rPr>
                <w:b/>
                <w:bCs/>
                <w:lang w:val="ru-RU"/>
              </w:rPr>
            </w:pPr>
          </w:p>
          <w:p w14:paraId="5299239D" w14:textId="77777777" w:rsidR="00AF1FE3" w:rsidRPr="00AF1FE3" w:rsidRDefault="00AF1FE3" w:rsidP="007038DC">
            <w:pPr>
              <w:tabs>
                <w:tab w:val="left" w:pos="1320"/>
              </w:tabs>
              <w:spacing w:line="240" w:lineRule="auto"/>
              <w:jc w:val="both"/>
              <w:rPr>
                <w:lang w:val="ru-RU"/>
              </w:rPr>
            </w:pPr>
          </w:p>
        </w:tc>
      </w:tr>
      <w:tr w:rsidR="00F569B8" w14:paraId="173AFA5A" w14:textId="77777777" w:rsidTr="00151C70">
        <w:tc>
          <w:tcPr>
            <w:tcW w:w="5850" w:type="dxa"/>
          </w:tcPr>
          <w:p w14:paraId="67AC9086" w14:textId="77777777" w:rsidR="00F569B8" w:rsidRDefault="00F569B8" w:rsidP="00711C7C">
            <w:pPr>
              <w:spacing w:after="60"/>
              <w:jc w:val="center"/>
            </w:pPr>
          </w:p>
        </w:tc>
        <w:tc>
          <w:tcPr>
            <w:tcW w:w="5562" w:type="dxa"/>
            <w:tcBorders>
              <w:top w:val="nil"/>
            </w:tcBorders>
          </w:tcPr>
          <w:p w14:paraId="62314543" w14:textId="77777777" w:rsidR="00F569B8" w:rsidRDefault="00F569B8" w:rsidP="00F569B8"/>
        </w:tc>
      </w:tr>
    </w:tbl>
    <w:p w14:paraId="4CA30E75" w14:textId="77777777" w:rsidR="00B9614E" w:rsidRPr="00950026" w:rsidRDefault="00B9614E" w:rsidP="00950026">
      <w:pPr>
        <w:tabs>
          <w:tab w:val="left" w:pos="990"/>
        </w:tabs>
      </w:pPr>
    </w:p>
    <w:sectPr w:rsidR="00B9614E" w:rsidRPr="0095002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55842" w14:textId="77777777" w:rsidR="00F42B2C" w:rsidRDefault="00F42B2C" w:rsidP="006805E7">
      <w:pPr>
        <w:spacing w:after="0" w:line="240" w:lineRule="auto"/>
      </w:pPr>
      <w:r>
        <w:separator/>
      </w:r>
    </w:p>
  </w:endnote>
  <w:endnote w:type="continuationSeparator" w:id="0">
    <w:p w14:paraId="2036A449" w14:textId="77777777" w:rsidR="00F42B2C" w:rsidRDefault="00F42B2C" w:rsidP="0068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1F0D" w14:textId="77777777" w:rsidR="00950026" w:rsidRDefault="009500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4E1E" w14:textId="77777777" w:rsidR="00950026" w:rsidRDefault="009500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1174" w14:textId="77777777" w:rsidR="00950026" w:rsidRDefault="00950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E8D6" w14:textId="77777777" w:rsidR="00F42B2C" w:rsidRDefault="00F42B2C" w:rsidP="006805E7">
      <w:pPr>
        <w:spacing w:after="0" w:line="240" w:lineRule="auto"/>
      </w:pPr>
      <w:r>
        <w:separator/>
      </w:r>
    </w:p>
  </w:footnote>
  <w:footnote w:type="continuationSeparator" w:id="0">
    <w:p w14:paraId="7DA8CCD1" w14:textId="77777777" w:rsidR="00F42B2C" w:rsidRDefault="00F42B2C" w:rsidP="0068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2AAF" w14:textId="77777777" w:rsidR="00950026" w:rsidRDefault="009500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618FE" w14:textId="77777777" w:rsidR="00950026" w:rsidRDefault="009500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5A72" w14:textId="77777777" w:rsidR="00950026" w:rsidRDefault="009500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4C7ADF"/>
    <w:multiLevelType w:val="hybridMultilevel"/>
    <w:tmpl w:val="815E590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E1E2C"/>
    <w:multiLevelType w:val="hybridMultilevel"/>
    <w:tmpl w:val="939C5684"/>
    <w:lvl w:ilvl="0" w:tplc="45F2AC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077"/>
    <w:rsid w:val="000B4A7D"/>
    <w:rsid w:val="0015074B"/>
    <w:rsid w:val="00151C70"/>
    <w:rsid w:val="00166CF4"/>
    <w:rsid w:val="0020698C"/>
    <w:rsid w:val="0029639D"/>
    <w:rsid w:val="00326F90"/>
    <w:rsid w:val="003A064B"/>
    <w:rsid w:val="003F1EDC"/>
    <w:rsid w:val="003F64AB"/>
    <w:rsid w:val="00453BCE"/>
    <w:rsid w:val="004A1DF7"/>
    <w:rsid w:val="004C300A"/>
    <w:rsid w:val="00654E55"/>
    <w:rsid w:val="00673311"/>
    <w:rsid w:val="006805E7"/>
    <w:rsid w:val="007038DC"/>
    <w:rsid w:val="00707B8D"/>
    <w:rsid w:val="00711C7C"/>
    <w:rsid w:val="00817B9F"/>
    <w:rsid w:val="00871B9B"/>
    <w:rsid w:val="00891986"/>
    <w:rsid w:val="009062A3"/>
    <w:rsid w:val="00950026"/>
    <w:rsid w:val="00992D4E"/>
    <w:rsid w:val="00A33485"/>
    <w:rsid w:val="00A944A2"/>
    <w:rsid w:val="00AA1D8D"/>
    <w:rsid w:val="00AF1FE3"/>
    <w:rsid w:val="00B47730"/>
    <w:rsid w:val="00B845EB"/>
    <w:rsid w:val="00B9614E"/>
    <w:rsid w:val="00BF009A"/>
    <w:rsid w:val="00C3488B"/>
    <w:rsid w:val="00C622FE"/>
    <w:rsid w:val="00CB0664"/>
    <w:rsid w:val="00CC6A08"/>
    <w:rsid w:val="00D11CA8"/>
    <w:rsid w:val="00F15C57"/>
    <w:rsid w:val="00F21175"/>
    <w:rsid w:val="00F23D31"/>
    <w:rsid w:val="00F42B2C"/>
    <w:rsid w:val="00F569B8"/>
    <w:rsid w:val="00F700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5EFD1"/>
  <w14:defaultImageDpi w14:val="300"/>
  <w15:docId w15:val="{86070CCD-4CF3-44AC-B83E-9FB143E1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23D5A0-9BE6-4A48-817F-175F0638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2104</Words>
  <Characters>15679</Characters>
  <Application>Microsoft Office Word</Application>
  <DocSecurity>0</DocSecurity>
  <Lines>540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Baghdasaryan Sasun</cp:lastModifiedBy>
  <cp:revision>2</cp:revision>
  <cp:lastPrinted>2026-06-01T12:20:00Z</cp:lastPrinted>
  <dcterms:created xsi:type="dcterms:W3CDTF">2026-06-01T13:28:00Z</dcterms:created>
  <dcterms:modified xsi:type="dcterms:W3CDTF">2026-06-01T13:28:00Z</dcterms:modified>
  <cp:category/>
</cp:coreProperties>
</file>